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3398D" w14:textId="2790FF6E" w:rsidR="00151059" w:rsidRPr="009236F1" w:rsidRDefault="009236F1">
      <w:pPr>
        <w:jc w:val="center"/>
        <w:rPr>
          <w:b/>
          <w:bCs/>
          <w:szCs w:val="28"/>
          <w:lang w:val="ru-RU"/>
        </w:rPr>
      </w:pPr>
      <w:r w:rsidRPr="009236F1">
        <w:rPr>
          <w:b/>
          <w:bCs/>
          <w:szCs w:val="28"/>
          <w:lang w:val="ru-RU"/>
        </w:rPr>
        <w:t>[ПОЛНОЕ ОФИЦИАЛЬНОЕ НАЗВАНИЕ ОБРАЗОВАТЕЛЬНОЙ ОРГАНИЗАЦИИ]</w:t>
      </w:r>
    </w:p>
    <w:p w14:paraId="72D19ABD" w14:textId="77777777" w:rsidR="00151059" w:rsidRPr="009236F1" w:rsidRDefault="00151059">
      <w:pPr>
        <w:jc w:val="center"/>
        <w:rPr>
          <w:lang w:val="ru-RU"/>
        </w:rPr>
      </w:pPr>
    </w:p>
    <w:p w14:paraId="6E2A2C5C" w14:textId="77777777" w:rsidR="00151059" w:rsidRPr="009236F1" w:rsidRDefault="00151059">
      <w:pPr>
        <w:jc w:val="center"/>
        <w:rPr>
          <w:lang w:val="ru-RU"/>
        </w:rPr>
      </w:pPr>
    </w:p>
    <w:p w14:paraId="62F4AE3F" w14:textId="77777777" w:rsidR="00151059" w:rsidRDefault="00151059">
      <w:pPr>
        <w:jc w:val="center"/>
        <w:rPr>
          <w:lang w:val="ru-RU"/>
        </w:rPr>
      </w:pPr>
    </w:p>
    <w:p w14:paraId="704E17E2" w14:textId="77777777" w:rsidR="00381D7A" w:rsidRDefault="00381D7A">
      <w:pPr>
        <w:jc w:val="center"/>
        <w:rPr>
          <w:lang w:val="ru-RU"/>
        </w:rPr>
      </w:pPr>
    </w:p>
    <w:p w14:paraId="6D52B799" w14:textId="77777777" w:rsidR="00381D7A" w:rsidRDefault="00381D7A">
      <w:pPr>
        <w:jc w:val="center"/>
        <w:rPr>
          <w:lang w:val="ru-RU"/>
        </w:rPr>
      </w:pPr>
    </w:p>
    <w:p w14:paraId="6B1D984A" w14:textId="77777777" w:rsidR="00381D7A" w:rsidRDefault="00381D7A">
      <w:pPr>
        <w:jc w:val="center"/>
        <w:rPr>
          <w:lang w:val="ru-RU"/>
        </w:rPr>
      </w:pPr>
    </w:p>
    <w:p w14:paraId="5C92EB82" w14:textId="77777777" w:rsidR="00381D7A" w:rsidRDefault="00381D7A">
      <w:pPr>
        <w:jc w:val="center"/>
        <w:rPr>
          <w:lang w:val="ru-RU"/>
        </w:rPr>
      </w:pPr>
    </w:p>
    <w:p w14:paraId="3D7F6AC6" w14:textId="77777777" w:rsidR="00381D7A" w:rsidRDefault="00381D7A">
      <w:pPr>
        <w:jc w:val="center"/>
        <w:rPr>
          <w:lang w:val="ru-RU"/>
        </w:rPr>
      </w:pPr>
    </w:p>
    <w:p w14:paraId="363469F1" w14:textId="77777777" w:rsidR="00381D7A" w:rsidRDefault="00381D7A">
      <w:pPr>
        <w:jc w:val="center"/>
        <w:rPr>
          <w:lang w:val="ru-RU"/>
        </w:rPr>
      </w:pPr>
    </w:p>
    <w:p w14:paraId="3A285326" w14:textId="77777777" w:rsidR="00381D7A" w:rsidRPr="009236F1" w:rsidRDefault="00381D7A">
      <w:pPr>
        <w:jc w:val="center"/>
        <w:rPr>
          <w:lang w:val="ru-RU"/>
        </w:rPr>
      </w:pPr>
    </w:p>
    <w:p w14:paraId="5FCD8538" w14:textId="77777777" w:rsidR="00151059" w:rsidRPr="009236F1" w:rsidRDefault="00000000">
      <w:pPr>
        <w:spacing w:after="240"/>
        <w:jc w:val="center"/>
        <w:rPr>
          <w:lang w:val="ru-RU"/>
        </w:rPr>
      </w:pPr>
      <w:r w:rsidRPr="009236F1">
        <w:rPr>
          <w:b/>
          <w:sz w:val="32"/>
          <w:lang w:val="ru-RU"/>
        </w:rPr>
        <w:t>ДОКЛАД</w:t>
      </w:r>
    </w:p>
    <w:p w14:paraId="4B7EC25A" w14:textId="12E1F85D" w:rsidR="00151059" w:rsidRDefault="00000000" w:rsidP="009236F1">
      <w:pPr>
        <w:spacing w:after="160"/>
        <w:jc w:val="center"/>
        <w:rPr>
          <w:lang w:val="ru-RU"/>
        </w:rPr>
      </w:pPr>
      <w:r w:rsidRPr="009236F1">
        <w:rPr>
          <w:lang w:val="ru-RU"/>
        </w:rPr>
        <w:t>по предмету «Информатика»</w:t>
      </w:r>
      <w:r w:rsidR="009236F1">
        <w:rPr>
          <w:lang w:val="ru-RU"/>
        </w:rPr>
        <w:t xml:space="preserve"> </w:t>
      </w:r>
      <w:r w:rsidRPr="009236F1">
        <w:rPr>
          <w:lang w:val="ru-RU"/>
        </w:rPr>
        <w:t>на тему:</w:t>
      </w:r>
    </w:p>
    <w:p w14:paraId="6F61A191" w14:textId="77777777" w:rsidR="00381D7A" w:rsidRDefault="00381D7A" w:rsidP="00381D7A">
      <w:pPr>
        <w:jc w:val="center"/>
        <w:rPr>
          <w:lang w:val="ru-RU"/>
        </w:rPr>
      </w:pPr>
    </w:p>
    <w:p w14:paraId="7227FDF3" w14:textId="77777777" w:rsidR="00381D7A" w:rsidRPr="009236F1" w:rsidRDefault="00381D7A" w:rsidP="00381D7A">
      <w:pPr>
        <w:jc w:val="center"/>
        <w:rPr>
          <w:lang w:val="ru-RU"/>
        </w:rPr>
      </w:pPr>
    </w:p>
    <w:p w14:paraId="58F2DB66" w14:textId="77777777" w:rsidR="00151059" w:rsidRPr="009236F1" w:rsidRDefault="00000000" w:rsidP="00381D7A">
      <w:pPr>
        <w:jc w:val="center"/>
        <w:rPr>
          <w:sz w:val="32"/>
          <w:szCs w:val="32"/>
          <w:lang w:val="ru-RU"/>
        </w:rPr>
      </w:pPr>
      <w:r w:rsidRPr="009236F1">
        <w:rPr>
          <w:b/>
          <w:sz w:val="32"/>
          <w:szCs w:val="32"/>
          <w:lang w:val="ru-RU"/>
        </w:rPr>
        <w:t>«ВЛИЯНИЕ ИНФОРМАЦИОННЫХ ТЕХНОЛОГИЙ</w:t>
      </w:r>
    </w:p>
    <w:p w14:paraId="77D7B6B0" w14:textId="77777777" w:rsidR="00151059" w:rsidRPr="009236F1" w:rsidRDefault="00000000">
      <w:pPr>
        <w:jc w:val="center"/>
        <w:rPr>
          <w:sz w:val="32"/>
          <w:szCs w:val="32"/>
          <w:lang w:val="ru-RU"/>
        </w:rPr>
      </w:pPr>
      <w:r w:rsidRPr="009236F1">
        <w:rPr>
          <w:b/>
          <w:sz w:val="32"/>
          <w:szCs w:val="32"/>
          <w:lang w:val="ru-RU"/>
        </w:rPr>
        <w:t>НА СОВРЕМЕННОЕ ОБЩЕСТВО»</w:t>
      </w:r>
    </w:p>
    <w:p w14:paraId="29886797" w14:textId="77777777" w:rsidR="00151059" w:rsidRPr="009236F1" w:rsidRDefault="00151059" w:rsidP="00381D7A">
      <w:pPr>
        <w:jc w:val="center"/>
        <w:rPr>
          <w:lang w:val="ru-RU"/>
        </w:rPr>
      </w:pPr>
    </w:p>
    <w:p w14:paraId="70FAC3D3" w14:textId="77777777" w:rsidR="00151059" w:rsidRPr="009236F1" w:rsidRDefault="00151059" w:rsidP="00381D7A">
      <w:pPr>
        <w:jc w:val="center"/>
        <w:rPr>
          <w:lang w:val="ru-RU"/>
        </w:rPr>
      </w:pPr>
    </w:p>
    <w:p w14:paraId="5F3769CA" w14:textId="77777777" w:rsidR="00151059" w:rsidRPr="009236F1" w:rsidRDefault="00151059" w:rsidP="00381D7A">
      <w:pPr>
        <w:jc w:val="center"/>
        <w:rPr>
          <w:lang w:val="ru-RU"/>
        </w:rPr>
      </w:pPr>
    </w:p>
    <w:p w14:paraId="6BE25933" w14:textId="77777777" w:rsidR="00151059" w:rsidRDefault="00151059" w:rsidP="00381D7A">
      <w:pPr>
        <w:jc w:val="center"/>
        <w:rPr>
          <w:lang w:val="ru-RU"/>
        </w:rPr>
      </w:pPr>
    </w:p>
    <w:p w14:paraId="3A53FA92" w14:textId="77777777" w:rsidR="00381D7A" w:rsidRPr="009236F1" w:rsidRDefault="00381D7A" w:rsidP="00381D7A">
      <w:pPr>
        <w:jc w:val="center"/>
        <w:rPr>
          <w:lang w:val="ru-RU"/>
        </w:rPr>
      </w:pPr>
    </w:p>
    <w:p w14:paraId="6584EC2A" w14:textId="77777777" w:rsidR="00151059" w:rsidRPr="009236F1" w:rsidRDefault="00000000" w:rsidP="009236F1">
      <w:pPr>
        <w:spacing w:line="360" w:lineRule="auto"/>
        <w:jc w:val="right"/>
        <w:rPr>
          <w:lang w:val="ru-RU"/>
        </w:rPr>
      </w:pPr>
      <w:r w:rsidRPr="009236F1">
        <w:rPr>
          <w:lang w:val="ru-RU"/>
        </w:rPr>
        <w:t>Выполнил:</w:t>
      </w:r>
    </w:p>
    <w:p w14:paraId="3765042A" w14:textId="77777777" w:rsidR="00151059" w:rsidRPr="009236F1" w:rsidRDefault="00000000" w:rsidP="009236F1">
      <w:pPr>
        <w:spacing w:line="360" w:lineRule="auto"/>
        <w:jc w:val="right"/>
        <w:rPr>
          <w:lang w:val="ru-RU"/>
        </w:rPr>
      </w:pPr>
      <w:r w:rsidRPr="009236F1">
        <w:rPr>
          <w:lang w:val="ru-RU"/>
        </w:rPr>
        <w:t>ученик 7 «А» класса</w:t>
      </w:r>
    </w:p>
    <w:p w14:paraId="55995355" w14:textId="08626E95" w:rsidR="00151059" w:rsidRPr="009236F1" w:rsidRDefault="009236F1" w:rsidP="009236F1">
      <w:pPr>
        <w:spacing w:line="360" w:lineRule="auto"/>
        <w:jc w:val="right"/>
        <w:rPr>
          <w:lang w:val="ru-RU"/>
        </w:rPr>
      </w:pPr>
      <w:r>
        <w:rPr>
          <w:lang w:val="ru-RU"/>
        </w:rPr>
        <w:t>Иванов Иван Иванович</w:t>
      </w:r>
    </w:p>
    <w:p w14:paraId="761EC7FB" w14:textId="77777777" w:rsidR="00151059" w:rsidRPr="009236F1" w:rsidRDefault="00000000" w:rsidP="009236F1">
      <w:pPr>
        <w:spacing w:line="360" w:lineRule="auto"/>
        <w:jc w:val="right"/>
        <w:rPr>
          <w:lang w:val="ru-RU"/>
        </w:rPr>
      </w:pPr>
      <w:r w:rsidRPr="009236F1">
        <w:rPr>
          <w:lang w:val="ru-RU"/>
        </w:rPr>
        <w:t>Проверил:</w:t>
      </w:r>
    </w:p>
    <w:p w14:paraId="15EADBCD" w14:textId="77777777" w:rsidR="00151059" w:rsidRPr="009236F1" w:rsidRDefault="00000000" w:rsidP="009236F1">
      <w:pPr>
        <w:spacing w:line="360" w:lineRule="auto"/>
        <w:jc w:val="right"/>
        <w:rPr>
          <w:lang w:val="ru-RU"/>
        </w:rPr>
      </w:pPr>
      <w:r w:rsidRPr="009236F1">
        <w:rPr>
          <w:lang w:val="ru-RU"/>
        </w:rPr>
        <w:t>учитель информатики</w:t>
      </w:r>
    </w:p>
    <w:p w14:paraId="6B807BD7" w14:textId="7052ED2D" w:rsidR="00151059" w:rsidRPr="009236F1" w:rsidRDefault="009236F1" w:rsidP="009236F1">
      <w:pPr>
        <w:spacing w:line="360" w:lineRule="auto"/>
        <w:jc w:val="right"/>
        <w:rPr>
          <w:lang w:val="ru-RU"/>
        </w:rPr>
      </w:pPr>
      <w:r>
        <w:rPr>
          <w:lang w:val="ru-RU"/>
        </w:rPr>
        <w:t>Пупкин Иван В</w:t>
      </w:r>
    </w:p>
    <w:p w14:paraId="3B1BE583" w14:textId="77777777" w:rsidR="00151059" w:rsidRPr="009236F1" w:rsidRDefault="00151059" w:rsidP="009236F1">
      <w:pPr>
        <w:jc w:val="right"/>
        <w:rPr>
          <w:lang w:val="ru-RU"/>
        </w:rPr>
      </w:pPr>
    </w:p>
    <w:p w14:paraId="3840968D" w14:textId="77777777" w:rsidR="00151059" w:rsidRPr="009236F1" w:rsidRDefault="00151059">
      <w:pPr>
        <w:jc w:val="center"/>
        <w:rPr>
          <w:lang w:val="ru-RU"/>
        </w:rPr>
      </w:pPr>
    </w:p>
    <w:p w14:paraId="20DC6F66" w14:textId="77777777" w:rsidR="00151059" w:rsidRDefault="00151059">
      <w:pPr>
        <w:jc w:val="center"/>
        <w:rPr>
          <w:lang w:val="ru-RU"/>
        </w:rPr>
      </w:pPr>
    </w:p>
    <w:p w14:paraId="3244C2D9" w14:textId="77777777" w:rsidR="00381D7A" w:rsidRDefault="00381D7A">
      <w:pPr>
        <w:jc w:val="center"/>
        <w:rPr>
          <w:lang w:val="ru-RU"/>
        </w:rPr>
      </w:pPr>
    </w:p>
    <w:p w14:paraId="2E6D5FEF" w14:textId="77777777" w:rsidR="00381D7A" w:rsidRDefault="00381D7A">
      <w:pPr>
        <w:jc w:val="center"/>
        <w:rPr>
          <w:lang w:val="ru-RU"/>
        </w:rPr>
      </w:pPr>
    </w:p>
    <w:p w14:paraId="499C9E39" w14:textId="77777777" w:rsidR="00381D7A" w:rsidRDefault="00381D7A">
      <w:pPr>
        <w:jc w:val="center"/>
        <w:rPr>
          <w:lang w:val="ru-RU"/>
        </w:rPr>
      </w:pPr>
    </w:p>
    <w:p w14:paraId="0CE4BEE0" w14:textId="77777777" w:rsidR="00381D7A" w:rsidRDefault="00381D7A">
      <w:pPr>
        <w:jc w:val="center"/>
        <w:rPr>
          <w:lang w:val="ru-RU"/>
        </w:rPr>
      </w:pPr>
    </w:p>
    <w:p w14:paraId="5723D219" w14:textId="77777777" w:rsidR="00381D7A" w:rsidRPr="009236F1" w:rsidRDefault="00381D7A">
      <w:pPr>
        <w:jc w:val="center"/>
        <w:rPr>
          <w:lang w:val="ru-RU"/>
        </w:rPr>
      </w:pPr>
    </w:p>
    <w:p w14:paraId="43AA5D2B" w14:textId="77777777" w:rsidR="00151059" w:rsidRPr="009236F1" w:rsidRDefault="00000000">
      <w:pPr>
        <w:jc w:val="center"/>
        <w:rPr>
          <w:lang w:val="ru-RU"/>
        </w:rPr>
      </w:pPr>
      <w:r>
        <w:t>[</w:t>
      </w:r>
      <w:proofErr w:type="spellStart"/>
      <w:r>
        <w:t>Город</w:t>
      </w:r>
      <w:proofErr w:type="spellEnd"/>
      <w:r>
        <w:t>]</w:t>
      </w:r>
    </w:p>
    <w:p w14:paraId="79C50E8A" w14:textId="77777777" w:rsidR="00151059" w:rsidRDefault="00000000">
      <w:pPr>
        <w:jc w:val="center"/>
      </w:pPr>
      <w:r>
        <w:t>2026</w:t>
      </w:r>
    </w:p>
    <w:sectPr w:rsidR="00151059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05451946">
    <w:abstractNumId w:val="8"/>
  </w:num>
  <w:num w:numId="2" w16cid:durableId="390353005">
    <w:abstractNumId w:val="6"/>
  </w:num>
  <w:num w:numId="3" w16cid:durableId="359555224">
    <w:abstractNumId w:val="5"/>
  </w:num>
  <w:num w:numId="4" w16cid:durableId="351806735">
    <w:abstractNumId w:val="4"/>
  </w:num>
  <w:num w:numId="5" w16cid:durableId="1188373648">
    <w:abstractNumId w:val="7"/>
  </w:num>
  <w:num w:numId="6" w16cid:durableId="741492579">
    <w:abstractNumId w:val="3"/>
  </w:num>
  <w:num w:numId="7" w16cid:durableId="52627436">
    <w:abstractNumId w:val="2"/>
  </w:num>
  <w:num w:numId="8" w16cid:durableId="903101901">
    <w:abstractNumId w:val="1"/>
  </w:num>
  <w:num w:numId="9" w16cid:durableId="17493832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580A"/>
    <w:rsid w:val="0015074B"/>
    <w:rsid w:val="00151059"/>
    <w:rsid w:val="0029639D"/>
    <w:rsid w:val="00326F90"/>
    <w:rsid w:val="00381D7A"/>
    <w:rsid w:val="00666112"/>
    <w:rsid w:val="009236F1"/>
    <w:rsid w:val="00AA1D8D"/>
    <w:rsid w:val="00B47730"/>
    <w:rsid w:val="00B56AD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C646B8"/>
  <w14:defaultImageDpi w14:val="300"/>
  <w15:docId w15:val="{1E8EE6E7-5F1D-4295-858F-A5E7FEE68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титульного листа школьного доклада</dc:title>
  <dc:subject/>
  <dc:creator>python-docx</dc:creator>
  <cp:keywords/>
  <dc:description>generated by python-docx</dc:description>
  <cp:lastModifiedBy>Osman Agabekov</cp:lastModifiedBy>
  <cp:revision>2</cp:revision>
  <cp:lastPrinted>2026-10-31T05:59:00Z</cp:lastPrinted>
  <dcterms:created xsi:type="dcterms:W3CDTF">2026-10-31T15:38:00Z</dcterms:created>
  <dcterms:modified xsi:type="dcterms:W3CDTF">2026-10-31T15:38:00Z</dcterms:modified>
  <cp:category/>
</cp:coreProperties>
</file>