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E4DE72" w14:textId="77777777" w:rsidR="00C96848" w:rsidRPr="002E2FC4" w:rsidRDefault="00000000">
      <w:pPr>
        <w:ind w:firstLine="0"/>
        <w:jc w:val="center"/>
        <w:rPr>
          <w:rFonts w:cs="Times New Roman"/>
          <w:szCs w:val="28"/>
          <w:lang w:val="ru-RU"/>
        </w:rPr>
      </w:pPr>
      <w:r w:rsidRPr="002E2FC4">
        <w:rPr>
          <w:rFonts w:cs="Times New Roman"/>
          <w:b/>
          <w:szCs w:val="28"/>
          <w:lang w:val="ru-RU"/>
        </w:rPr>
        <w:t>ОБРАЗЕЦ: [ПОЛНОЕ НАИМЕНОВАНИЕ ШКОЛЫ]</w:t>
      </w:r>
    </w:p>
    <w:p w14:paraId="0F36A31E" w14:textId="77777777" w:rsidR="00C96848" w:rsidRPr="002E2FC4" w:rsidRDefault="00C96848">
      <w:pPr>
        <w:rPr>
          <w:rFonts w:cs="Times New Roman"/>
          <w:szCs w:val="28"/>
          <w:lang w:val="ru-RU"/>
        </w:rPr>
      </w:pPr>
    </w:p>
    <w:p w14:paraId="3E1C785C" w14:textId="77777777" w:rsidR="00C96848" w:rsidRPr="002E2FC4" w:rsidRDefault="00C96848">
      <w:pPr>
        <w:rPr>
          <w:rFonts w:cs="Times New Roman"/>
          <w:szCs w:val="28"/>
          <w:lang w:val="ru-RU"/>
        </w:rPr>
      </w:pPr>
    </w:p>
    <w:p w14:paraId="65423FAE" w14:textId="77777777" w:rsidR="00C96848" w:rsidRPr="002E2FC4" w:rsidRDefault="00C96848">
      <w:pPr>
        <w:rPr>
          <w:rFonts w:cs="Times New Roman"/>
          <w:szCs w:val="28"/>
          <w:lang w:val="ru-RU"/>
        </w:rPr>
      </w:pPr>
    </w:p>
    <w:p w14:paraId="3991E362" w14:textId="77777777" w:rsidR="00C96848" w:rsidRPr="002E2FC4" w:rsidRDefault="00C96848">
      <w:pPr>
        <w:rPr>
          <w:rFonts w:cs="Times New Roman"/>
          <w:szCs w:val="28"/>
          <w:lang w:val="ru-RU"/>
        </w:rPr>
      </w:pPr>
    </w:p>
    <w:p w14:paraId="2CCCF308" w14:textId="77777777" w:rsidR="00C96848" w:rsidRPr="002E2FC4" w:rsidRDefault="00C96848">
      <w:pPr>
        <w:rPr>
          <w:rFonts w:cs="Times New Roman"/>
          <w:szCs w:val="28"/>
          <w:lang w:val="ru-RU"/>
        </w:rPr>
      </w:pPr>
    </w:p>
    <w:p w14:paraId="4D9437DF" w14:textId="77777777" w:rsidR="00C96848" w:rsidRPr="002E2FC4" w:rsidRDefault="00C96848">
      <w:pPr>
        <w:rPr>
          <w:rFonts w:cs="Times New Roman"/>
          <w:szCs w:val="28"/>
          <w:lang w:val="ru-RU"/>
        </w:rPr>
      </w:pPr>
    </w:p>
    <w:p w14:paraId="4A30482B" w14:textId="77777777" w:rsidR="00C96848" w:rsidRPr="002E2FC4" w:rsidRDefault="00C96848">
      <w:pPr>
        <w:rPr>
          <w:rFonts w:cs="Times New Roman"/>
          <w:szCs w:val="28"/>
          <w:lang w:val="ru-RU"/>
        </w:rPr>
      </w:pPr>
    </w:p>
    <w:p w14:paraId="394D7183" w14:textId="77777777" w:rsidR="00C96848" w:rsidRPr="002E2FC4" w:rsidRDefault="00000000">
      <w:pPr>
        <w:ind w:firstLine="0"/>
        <w:jc w:val="center"/>
        <w:rPr>
          <w:rFonts w:cs="Times New Roman"/>
          <w:szCs w:val="28"/>
          <w:lang w:val="ru-RU"/>
        </w:rPr>
      </w:pPr>
      <w:r w:rsidRPr="002E2FC4">
        <w:rPr>
          <w:rFonts w:cs="Times New Roman"/>
          <w:b/>
          <w:szCs w:val="28"/>
          <w:lang w:val="ru-RU"/>
        </w:rPr>
        <w:t>ДОКЛАД</w:t>
      </w:r>
    </w:p>
    <w:p w14:paraId="6B088AE6" w14:textId="77777777" w:rsidR="00C96848" w:rsidRPr="002E2FC4" w:rsidRDefault="00000000">
      <w:pPr>
        <w:ind w:firstLine="0"/>
        <w:jc w:val="center"/>
        <w:rPr>
          <w:rFonts w:cs="Times New Roman"/>
          <w:szCs w:val="28"/>
          <w:lang w:val="ru-RU"/>
        </w:rPr>
      </w:pPr>
      <w:r w:rsidRPr="002E2FC4">
        <w:rPr>
          <w:rFonts w:cs="Times New Roman"/>
          <w:szCs w:val="28"/>
          <w:lang w:val="ru-RU"/>
        </w:rPr>
        <w:t>по предмету «Информатика»</w:t>
      </w:r>
    </w:p>
    <w:p w14:paraId="41C5915E" w14:textId="77777777" w:rsidR="00C96848" w:rsidRPr="002E2FC4" w:rsidRDefault="00C96848">
      <w:pPr>
        <w:rPr>
          <w:rFonts w:cs="Times New Roman"/>
          <w:szCs w:val="28"/>
          <w:lang w:val="ru-RU"/>
        </w:rPr>
      </w:pPr>
    </w:p>
    <w:p w14:paraId="536687B5" w14:textId="77777777" w:rsidR="00C96848" w:rsidRPr="002E2FC4" w:rsidRDefault="00000000">
      <w:pPr>
        <w:ind w:firstLine="0"/>
        <w:jc w:val="center"/>
        <w:rPr>
          <w:rFonts w:cs="Times New Roman"/>
          <w:szCs w:val="28"/>
          <w:lang w:val="ru-RU"/>
        </w:rPr>
      </w:pPr>
      <w:r w:rsidRPr="002E2FC4">
        <w:rPr>
          <w:rFonts w:cs="Times New Roman"/>
          <w:b/>
          <w:szCs w:val="28"/>
          <w:lang w:val="ru-RU"/>
        </w:rPr>
        <w:t>«КОМПЬЮТЕРНЫЕ СЕТИ И БЕЗОПАСНОСТЬ В ИНТЕРНЕТЕ»</w:t>
      </w:r>
    </w:p>
    <w:p w14:paraId="1F710C50" w14:textId="77777777" w:rsidR="00C96848" w:rsidRPr="002E2FC4" w:rsidRDefault="00C96848">
      <w:pPr>
        <w:rPr>
          <w:rFonts w:cs="Times New Roman"/>
          <w:szCs w:val="28"/>
          <w:lang w:val="ru-RU"/>
        </w:rPr>
      </w:pPr>
    </w:p>
    <w:p w14:paraId="4EF21F92" w14:textId="77777777" w:rsidR="00C96848" w:rsidRPr="002E2FC4" w:rsidRDefault="00C96848">
      <w:pPr>
        <w:rPr>
          <w:rFonts w:cs="Times New Roman"/>
          <w:szCs w:val="28"/>
          <w:lang w:val="ru-RU"/>
        </w:rPr>
      </w:pPr>
    </w:p>
    <w:p w14:paraId="39B1FAF5" w14:textId="77777777" w:rsidR="00C96848" w:rsidRPr="002E2FC4" w:rsidRDefault="00C96848">
      <w:pPr>
        <w:rPr>
          <w:rFonts w:cs="Times New Roman"/>
          <w:szCs w:val="28"/>
          <w:lang w:val="ru-RU"/>
        </w:rPr>
      </w:pPr>
    </w:p>
    <w:p w14:paraId="7BF55773" w14:textId="77777777" w:rsidR="00C96848" w:rsidRPr="002E2FC4" w:rsidRDefault="00C96848">
      <w:pPr>
        <w:rPr>
          <w:rFonts w:cs="Times New Roman"/>
          <w:szCs w:val="28"/>
          <w:lang w:val="ru-RU"/>
        </w:rPr>
      </w:pPr>
    </w:p>
    <w:p w14:paraId="0E28DDCD" w14:textId="77777777" w:rsidR="00C96848" w:rsidRPr="002E2FC4" w:rsidRDefault="00C96848">
      <w:pPr>
        <w:rPr>
          <w:rFonts w:cs="Times New Roman"/>
          <w:szCs w:val="28"/>
          <w:lang w:val="ru-RU"/>
        </w:rPr>
      </w:pPr>
    </w:p>
    <w:p w14:paraId="50D1C13C" w14:textId="77777777" w:rsidR="00C96848" w:rsidRPr="002E2FC4" w:rsidRDefault="00000000">
      <w:pPr>
        <w:ind w:firstLine="0"/>
        <w:jc w:val="right"/>
        <w:rPr>
          <w:rFonts w:cs="Times New Roman"/>
          <w:szCs w:val="28"/>
          <w:lang w:val="ru-RU"/>
        </w:rPr>
      </w:pPr>
      <w:r w:rsidRPr="002E2FC4">
        <w:rPr>
          <w:rFonts w:cs="Times New Roman"/>
          <w:szCs w:val="28"/>
          <w:lang w:val="ru-RU"/>
        </w:rPr>
        <w:t>Выполнил: ученик 7 класса</w:t>
      </w:r>
    </w:p>
    <w:p w14:paraId="19EF0ABE" w14:textId="77777777" w:rsidR="00C96848" w:rsidRPr="002E2FC4" w:rsidRDefault="00000000">
      <w:pPr>
        <w:ind w:firstLine="0"/>
        <w:jc w:val="right"/>
        <w:rPr>
          <w:rFonts w:cs="Times New Roman"/>
          <w:szCs w:val="28"/>
          <w:lang w:val="ru-RU"/>
        </w:rPr>
      </w:pPr>
      <w:r w:rsidRPr="002E2FC4">
        <w:rPr>
          <w:rFonts w:cs="Times New Roman"/>
          <w:szCs w:val="28"/>
          <w:lang w:val="ru-RU"/>
        </w:rPr>
        <w:t>[Имя Фамилия]</w:t>
      </w:r>
    </w:p>
    <w:p w14:paraId="027BDCBD" w14:textId="77777777" w:rsidR="00C96848" w:rsidRPr="002E2FC4" w:rsidRDefault="00000000">
      <w:pPr>
        <w:ind w:firstLine="0"/>
        <w:jc w:val="right"/>
        <w:rPr>
          <w:rFonts w:cs="Times New Roman"/>
          <w:szCs w:val="28"/>
          <w:lang w:val="ru-RU"/>
        </w:rPr>
      </w:pPr>
      <w:r w:rsidRPr="002E2FC4">
        <w:rPr>
          <w:rFonts w:cs="Times New Roman"/>
          <w:szCs w:val="28"/>
          <w:lang w:val="ru-RU"/>
        </w:rPr>
        <w:t>Проверил: учитель информатики</w:t>
      </w:r>
    </w:p>
    <w:p w14:paraId="64CFFD99" w14:textId="77777777" w:rsidR="00C96848" w:rsidRPr="002E2FC4" w:rsidRDefault="00000000">
      <w:pPr>
        <w:ind w:firstLine="0"/>
        <w:jc w:val="right"/>
        <w:rPr>
          <w:rFonts w:cs="Times New Roman"/>
          <w:szCs w:val="28"/>
          <w:lang w:val="ru-RU"/>
        </w:rPr>
      </w:pPr>
      <w:r w:rsidRPr="002E2FC4">
        <w:rPr>
          <w:rFonts w:cs="Times New Roman"/>
          <w:szCs w:val="28"/>
          <w:lang w:val="ru-RU"/>
        </w:rPr>
        <w:t>[Имя Фамилия]</w:t>
      </w:r>
    </w:p>
    <w:p w14:paraId="1A40C69B" w14:textId="77777777" w:rsidR="00C96848" w:rsidRPr="002E2FC4" w:rsidRDefault="00C96848">
      <w:pPr>
        <w:rPr>
          <w:rFonts w:cs="Times New Roman"/>
          <w:szCs w:val="28"/>
          <w:lang w:val="ru-RU"/>
        </w:rPr>
      </w:pPr>
    </w:p>
    <w:p w14:paraId="420FE1A1" w14:textId="77777777" w:rsidR="00C96848" w:rsidRPr="002E2FC4" w:rsidRDefault="00C96848">
      <w:pPr>
        <w:rPr>
          <w:rFonts w:cs="Times New Roman"/>
          <w:szCs w:val="28"/>
          <w:lang w:val="ru-RU"/>
        </w:rPr>
      </w:pPr>
    </w:p>
    <w:p w14:paraId="764FB59A" w14:textId="77777777" w:rsidR="00C96848" w:rsidRPr="002E2FC4" w:rsidRDefault="00C96848">
      <w:pPr>
        <w:rPr>
          <w:rFonts w:cs="Times New Roman"/>
          <w:szCs w:val="28"/>
          <w:lang w:val="ru-RU"/>
        </w:rPr>
      </w:pPr>
    </w:p>
    <w:p w14:paraId="6AF6C629" w14:textId="77777777" w:rsidR="00C96848" w:rsidRPr="002E2FC4" w:rsidRDefault="00C96848">
      <w:pPr>
        <w:rPr>
          <w:rFonts w:cs="Times New Roman"/>
          <w:szCs w:val="28"/>
          <w:lang w:val="ru-RU"/>
        </w:rPr>
      </w:pPr>
    </w:p>
    <w:p w14:paraId="181CFE6B" w14:textId="77777777" w:rsidR="00C96848" w:rsidRPr="002E2FC4" w:rsidRDefault="00C96848">
      <w:pPr>
        <w:rPr>
          <w:rFonts w:cs="Times New Roman"/>
          <w:szCs w:val="28"/>
          <w:lang w:val="ru-RU"/>
        </w:rPr>
      </w:pPr>
    </w:p>
    <w:p w14:paraId="2B591B86" w14:textId="77777777" w:rsidR="00C96848" w:rsidRPr="002E2FC4" w:rsidRDefault="00000000">
      <w:pPr>
        <w:ind w:firstLine="0"/>
        <w:jc w:val="center"/>
        <w:rPr>
          <w:rFonts w:cs="Times New Roman"/>
          <w:szCs w:val="28"/>
        </w:rPr>
      </w:pPr>
      <w:r w:rsidRPr="002E2FC4">
        <w:rPr>
          <w:rFonts w:cs="Times New Roman"/>
          <w:szCs w:val="28"/>
        </w:rPr>
        <w:t>[</w:t>
      </w:r>
      <w:proofErr w:type="spellStart"/>
      <w:r w:rsidRPr="002E2FC4">
        <w:rPr>
          <w:rFonts w:cs="Times New Roman"/>
          <w:szCs w:val="28"/>
        </w:rPr>
        <w:t>Город</w:t>
      </w:r>
      <w:proofErr w:type="spellEnd"/>
      <w:r w:rsidRPr="002E2FC4">
        <w:rPr>
          <w:rFonts w:cs="Times New Roman"/>
          <w:szCs w:val="28"/>
        </w:rPr>
        <w:t>]</w:t>
      </w:r>
    </w:p>
    <w:p w14:paraId="1481B68E" w14:textId="77777777" w:rsidR="00C96848" w:rsidRPr="002E2FC4" w:rsidRDefault="00000000">
      <w:pPr>
        <w:ind w:firstLine="0"/>
        <w:jc w:val="center"/>
        <w:rPr>
          <w:rFonts w:cs="Times New Roman"/>
          <w:szCs w:val="28"/>
        </w:rPr>
      </w:pPr>
      <w:r w:rsidRPr="002E2FC4">
        <w:rPr>
          <w:rFonts w:cs="Times New Roman"/>
          <w:szCs w:val="28"/>
        </w:rPr>
        <w:t>2026</w:t>
      </w:r>
    </w:p>
    <w:p w14:paraId="4F451504" w14:textId="77777777" w:rsidR="00C96848" w:rsidRPr="002E2FC4" w:rsidRDefault="00000000">
      <w:pPr>
        <w:pStyle w:val="Structure"/>
        <w:pageBreakBefore/>
        <w:rPr>
          <w:rFonts w:cs="Times New Roman"/>
          <w:szCs w:val="28"/>
        </w:rPr>
      </w:pPr>
      <w:r w:rsidRPr="002E2FC4">
        <w:rPr>
          <w:rFonts w:cs="Times New Roman"/>
          <w:szCs w:val="28"/>
        </w:rPr>
        <w:lastRenderedPageBreak/>
        <w:t>СОДЕРЖАНИЕ</w:t>
      </w:r>
    </w:p>
    <w:p w14:paraId="28441378" w14:textId="77777777" w:rsidR="002E2FC4" w:rsidRPr="002E2FC4" w:rsidRDefault="00000000">
      <w:pPr>
        <w:pStyle w:val="14"/>
        <w:tabs>
          <w:tab w:val="right" w:leader="dot" w:pos="9345"/>
        </w:tabs>
        <w:rPr>
          <w:rFonts w:cs="Times New Roman"/>
          <w:noProof/>
          <w:szCs w:val="28"/>
        </w:rPr>
      </w:pPr>
      <w:r w:rsidRPr="002E2FC4">
        <w:rPr>
          <w:rFonts w:cs="Times New Roman"/>
          <w:szCs w:val="28"/>
        </w:rPr>
        <w:fldChar w:fldCharType="begin"/>
      </w:r>
      <w:r w:rsidRPr="002E2FC4">
        <w:rPr>
          <w:rFonts w:cs="Times New Roman"/>
          <w:szCs w:val="28"/>
        </w:rPr>
        <w:instrText xml:space="preserve"> TOC \o "1-2" \h \z \u </w:instrText>
      </w:r>
      <w:r w:rsidRPr="002E2FC4">
        <w:rPr>
          <w:rFonts w:cs="Times New Roman"/>
          <w:szCs w:val="28"/>
        </w:rPr>
        <w:fldChar w:fldCharType="separate"/>
      </w:r>
      <w:hyperlink w:anchor="_Toc244371413" w:history="1">
        <w:r w:rsidR="002E2FC4" w:rsidRPr="002E2FC4">
          <w:rPr>
            <w:rStyle w:val="aff8"/>
            <w:rFonts w:cs="Times New Roman"/>
            <w:noProof/>
            <w:szCs w:val="28"/>
          </w:rPr>
          <w:t>1 Компьютерные сети</w:t>
        </w:r>
        <w:r w:rsidR="002E2FC4" w:rsidRPr="002E2FC4">
          <w:rPr>
            <w:rFonts w:cs="Times New Roman"/>
            <w:noProof/>
            <w:webHidden/>
            <w:szCs w:val="28"/>
          </w:rPr>
          <w:tab/>
        </w:r>
        <w:r w:rsidR="002E2FC4" w:rsidRPr="002E2FC4">
          <w:rPr>
            <w:rFonts w:cs="Times New Roman"/>
            <w:noProof/>
            <w:webHidden/>
            <w:szCs w:val="28"/>
          </w:rPr>
          <w:fldChar w:fldCharType="begin"/>
        </w:r>
        <w:r w:rsidR="002E2FC4" w:rsidRPr="002E2FC4">
          <w:rPr>
            <w:rFonts w:cs="Times New Roman"/>
            <w:noProof/>
            <w:webHidden/>
            <w:szCs w:val="28"/>
          </w:rPr>
          <w:instrText xml:space="preserve"> PAGEREF _Toc244371413 \h </w:instrText>
        </w:r>
        <w:r w:rsidR="002E2FC4" w:rsidRPr="002E2FC4">
          <w:rPr>
            <w:rFonts w:cs="Times New Roman"/>
            <w:noProof/>
            <w:webHidden/>
            <w:szCs w:val="28"/>
          </w:rPr>
        </w:r>
        <w:r w:rsidR="002E2FC4" w:rsidRPr="002E2FC4">
          <w:rPr>
            <w:rFonts w:cs="Times New Roman"/>
            <w:noProof/>
            <w:webHidden/>
            <w:szCs w:val="28"/>
          </w:rPr>
          <w:fldChar w:fldCharType="separate"/>
        </w:r>
        <w:r w:rsidR="002E2FC4" w:rsidRPr="002E2FC4">
          <w:rPr>
            <w:rFonts w:cs="Times New Roman"/>
            <w:noProof/>
            <w:webHidden/>
            <w:szCs w:val="28"/>
          </w:rPr>
          <w:t>1</w:t>
        </w:r>
        <w:r w:rsidR="002E2FC4" w:rsidRPr="002E2FC4">
          <w:rPr>
            <w:rFonts w:cs="Times New Roman"/>
            <w:noProof/>
            <w:webHidden/>
            <w:szCs w:val="28"/>
          </w:rPr>
          <w:fldChar w:fldCharType="end"/>
        </w:r>
      </w:hyperlink>
    </w:p>
    <w:p w14:paraId="56ABB457" w14:textId="77777777" w:rsidR="002E2FC4" w:rsidRPr="002E2FC4" w:rsidRDefault="002E2FC4">
      <w:pPr>
        <w:pStyle w:val="2c"/>
        <w:tabs>
          <w:tab w:val="right" w:leader="dot" w:pos="9345"/>
        </w:tabs>
        <w:rPr>
          <w:rFonts w:cs="Times New Roman"/>
          <w:noProof/>
          <w:szCs w:val="28"/>
        </w:rPr>
      </w:pPr>
      <w:hyperlink w:anchor="_Toc244371414" w:history="1">
        <w:r w:rsidRPr="002E2FC4">
          <w:rPr>
            <w:rStyle w:val="aff8"/>
            <w:rFonts w:cs="Times New Roman"/>
            <w:noProof/>
            <w:szCs w:val="28"/>
          </w:rPr>
          <w:t>1.1 Что такое компьютерная сеть</w:t>
        </w:r>
        <w:r w:rsidRPr="002E2FC4">
          <w:rPr>
            <w:rFonts w:cs="Times New Roman"/>
            <w:noProof/>
            <w:webHidden/>
            <w:szCs w:val="28"/>
          </w:rPr>
          <w:tab/>
        </w:r>
        <w:r w:rsidRPr="002E2FC4">
          <w:rPr>
            <w:rFonts w:cs="Times New Roman"/>
            <w:noProof/>
            <w:webHidden/>
            <w:szCs w:val="28"/>
          </w:rPr>
          <w:fldChar w:fldCharType="begin"/>
        </w:r>
        <w:r w:rsidRPr="002E2FC4">
          <w:rPr>
            <w:rFonts w:cs="Times New Roman"/>
            <w:noProof/>
            <w:webHidden/>
            <w:szCs w:val="28"/>
          </w:rPr>
          <w:instrText xml:space="preserve"> PAGEREF _Toc244371414 \h </w:instrText>
        </w:r>
        <w:r w:rsidRPr="002E2FC4">
          <w:rPr>
            <w:rFonts w:cs="Times New Roman"/>
            <w:noProof/>
            <w:webHidden/>
            <w:szCs w:val="28"/>
          </w:rPr>
        </w:r>
        <w:r w:rsidRPr="002E2FC4">
          <w:rPr>
            <w:rFonts w:cs="Times New Roman"/>
            <w:noProof/>
            <w:webHidden/>
            <w:szCs w:val="28"/>
          </w:rPr>
          <w:fldChar w:fldCharType="separate"/>
        </w:r>
        <w:r w:rsidRPr="002E2FC4">
          <w:rPr>
            <w:rFonts w:cs="Times New Roman"/>
            <w:noProof/>
            <w:webHidden/>
            <w:szCs w:val="28"/>
          </w:rPr>
          <w:t>1</w:t>
        </w:r>
        <w:r w:rsidRPr="002E2FC4">
          <w:rPr>
            <w:rFonts w:cs="Times New Roman"/>
            <w:noProof/>
            <w:webHidden/>
            <w:szCs w:val="28"/>
          </w:rPr>
          <w:fldChar w:fldCharType="end"/>
        </w:r>
      </w:hyperlink>
    </w:p>
    <w:p w14:paraId="14324DF7" w14:textId="77777777" w:rsidR="002E2FC4" w:rsidRPr="002E2FC4" w:rsidRDefault="002E2FC4">
      <w:pPr>
        <w:pStyle w:val="2c"/>
        <w:tabs>
          <w:tab w:val="right" w:leader="dot" w:pos="9345"/>
        </w:tabs>
        <w:rPr>
          <w:rFonts w:cs="Times New Roman"/>
          <w:noProof/>
          <w:szCs w:val="28"/>
        </w:rPr>
      </w:pPr>
      <w:hyperlink w:anchor="_Toc244371415" w:history="1">
        <w:r w:rsidRPr="002E2FC4">
          <w:rPr>
            <w:rStyle w:val="aff8"/>
            <w:rFonts w:cs="Times New Roman"/>
            <w:noProof/>
            <w:szCs w:val="28"/>
          </w:rPr>
          <w:t>1.2 Локальные и глобальные сети</w:t>
        </w:r>
        <w:r w:rsidRPr="002E2FC4">
          <w:rPr>
            <w:rFonts w:cs="Times New Roman"/>
            <w:noProof/>
            <w:webHidden/>
            <w:szCs w:val="28"/>
          </w:rPr>
          <w:tab/>
        </w:r>
        <w:r w:rsidRPr="002E2FC4">
          <w:rPr>
            <w:rFonts w:cs="Times New Roman"/>
            <w:noProof/>
            <w:webHidden/>
            <w:szCs w:val="28"/>
          </w:rPr>
          <w:fldChar w:fldCharType="begin"/>
        </w:r>
        <w:r w:rsidRPr="002E2FC4">
          <w:rPr>
            <w:rFonts w:cs="Times New Roman"/>
            <w:noProof/>
            <w:webHidden/>
            <w:szCs w:val="28"/>
          </w:rPr>
          <w:instrText xml:space="preserve"> PAGEREF _Toc244371415 \h </w:instrText>
        </w:r>
        <w:r w:rsidRPr="002E2FC4">
          <w:rPr>
            <w:rFonts w:cs="Times New Roman"/>
            <w:noProof/>
            <w:webHidden/>
            <w:szCs w:val="28"/>
          </w:rPr>
        </w:r>
        <w:r w:rsidRPr="002E2FC4">
          <w:rPr>
            <w:rFonts w:cs="Times New Roman"/>
            <w:noProof/>
            <w:webHidden/>
            <w:szCs w:val="28"/>
          </w:rPr>
          <w:fldChar w:fldCharType="separate"/>
        </w:r>
        <w:r w:rsidRPr="002E2FC4">
          <w:rPr>
            <w:rFonts w:cs="Times New Roman"/>
            <w:noProof/>
            <w:webHidden/>
            <w:szCs w:val="28"/>
          </w:rPr>
          <w:t>1</w:t>
        </w:r>
        <w:r w:rsidRPr="002E2FC4">
          <w:rPr>
            <w:rFonts w:cs="Times New Roman"/>
            <w:noProof/>
            <w:webHidden/>
            <w:szCs w:val="28"/>
          </w:rPr>
          <w:fldChar w:fldCharType="end"/>
        </w:r>
      </w:hyperlink>
    </w:p>
    <w:p w14:paraId="68E5C6D5" w14:textId="77777777" w:rsidR="002E2FC4" w:rsidRPr="002E2FC4" w:rsidRDefault="002E2FC4">
      <w:pPr>
        <w:pStyle w:val="14"/>
        <w:tabs>
          <w:tab w:val="right" w:leader="dot" w:pos="9345"/>
        </w:tabs>
        <w:rPr>
          <w:rFonts w:cs="Times New Roman"/>
          <w:noProof/>
          <w:szCs w:val="28"/>
        </w:rPr>
      </w:pPr>
      <w:hyperlink w:anchor="_Toc244371416" w:history="1">
        <w:r w:rsidRPr="002E2FC4">
          <w:rPr>
            <w:rStyle w:val="aff8"/>
            <w:rFonts w:cs="Times New Roman"/>
            <w:noProof/>
            <w:szCs w:val="28"/>
          </w:rPr>
          <w:t>2 Как информация передаётся через интернет</w:t>
        </w:r>
        <w:r w:rsidRPr="002E2FC4">
          <w:rPr>
            <w:rFonts w:cs="Times New Roman"/>
            <w:noProof/>
            <w:webHidden/>
            <w:szCs w:val="28"/>
          </w:rPr>
          <w:tab/>
        </w:r>
        <w:r w:rsidRPr="002E2FC4">
          <w:rPr>
            <w:rFonts w:cs="Times New Roman"/>
            <w:noProof/>
            <w:webHidden/>
            <w:szCs w:val="28"/>
          </w:rPr>
          <w:fldChar w:fldCharType="begin"/>
        </w:r>
        <w:r w:rsidRPr="002E2FC4">
          <w:rPr>
            <w:rFonts w:cs="Times New Roman"/>
            <w:noProof/>
            <w:webHidden/>
            <w:szCs w:val="28"/>
          </w:rPr>
          <w:instrText xml:space="preserve"> PAGEREF _Toc244371416 \h </w:instrText>
        </w:r>
        <w:r w:rsidRPr="002E2FC4">
          <w:rPr>
            <w:rFonts w:cs="Times New Roman"/>
            <w:noProof/>
            <w:webHidden/>
            <w:szCs w:val="28"/>
          </w:rPr>
        </w:r>
        <w:r w:rsidRPr="002E2FC4">
          <w:rPr>
            <w:rFonts w:cs="Times New Roman"/>
            <w:noProof/>
            <w:webHidden/>
            <w:szCs w:val="28"/>
          </w:rPr>
          <w:fldChar w:fldCharType="separate"/>
        </w:r>
        <w:r w:rsidRPr="002E2FC4">
          <w:rPr>
            <w:rFonts w:cs="Times New Roman"/>
            <w:noProof/>
            <w:webHidden/>
            <w:szCs w:val="28"/>
          </w:rPr>
          <w:t>1</w:t>
        </w:r>
        <w:r w:rsidRPr="002E2FC4">
          <w:rPr>
            <w:rFonts w:cs="Times New Roman"/>
            <w:noProof/>
            <w:webHidden/>
            <w:szCs w:val="28"/>
          </w:rPr>
          <w:fldChar w:fldCharType="end"/>
        </w:r>
      </w:hyperlink>
    </w:p>
    <w:p w14:paraId="5209CBDE" w14:textId="77777777" w:rsidR="002E2FC4" w:rsidRPr="002E2FC4" w:rsidRDefault="002E2FC4">
      <w:pPr>
        <w:pStyle w:val="2c"/>
        <w:tabs>
          <w:tab w:val="right" w:leader="dot" w:pos="9345"/>
        </w:tabs>
        <w:rPr>
          <w:rFonts w:cs="Times New Roman"/>
          <w:noProof/>
          <w:szCs w:val="28"/>
        </w:rPr>
      </w:pPr>
      <w:hyperlink w:anchor="_Toc244371417" w:history="1">
        <w:r w:rsidRPr="002E2FC4">
          <w:rPr>
            <w:rStyle w:val="aff8"/>
            <w:rFonts w:cs="Times New Roman"/>
            <w:noProof/>
            <w:szCs w:val="28"/>
          </w:rPr>
          <w:t>2.1 Адреса устройств и сайтов</w:t>
        </w:r>
        <w:r w:rsidRPr="002E2FC4">
          <w:rPr>
            <w:rFonts w:cs="Times New Roman"/>
            <w:noProof/>
            <w:webHidden/>
            <w:szCs w:val="28"/>
          </w:rPr>
          <w:tab/>
        </w:r>
        <w:r w:rsidRPr="002E2FC4">
          <w:rPr>
            <w:rFonts w:cs="Times New Roman"/>
            <w:noProof/>
            <w:webHidden/>
            <w:szCs w:val="28"/>
          </w:rPr>
          <w:fldChar w:fldCharType="begin"/>
        </w:r>
        <w:r w:rsidRPr="002E2FC4">
          <w:rPr>
            <w:rFonts w:cs="Times New Roman"/>
            <w:noProof/>
            <w:webHidden/>
            <w:szCs w:val="28"/>
          </w:rPr>
          <w:instrText xml:space="preserve"> PAGEREF _Toc244371417 \h </w:instrText>
        </w:r>
        <w:r w:rsidRPr="002E2FC4">
          <w:rPr>
            <w:rFonts w:cs="Times New Roman"/>
            <w:noProof/>
            <w:webHidden/>
            <w:szCs w:val="28"/>
          </w:rPr>
        </w:r>
        <w:r w:rsidRPr="002E2FC4">
          <w:rPr>
            <w:rFonts w:cs="Times New Roman"/>
            <w:noProof/>
            <w:webHidden/>
            <w:szCs w:val="28"/>
          </w:rPr>
          <w:fldChar w:fldCharType="separate"/>
        </w:r>
        <w:r w:rsidRPr="002E2FC4">
          <w:rPr>
            <w:rFonts w:cs="Times New Roman"/>
            <w:noProof/>
            <w:webHidden/>
            <w:szCs w:val="28"/>
          </w:rPr>
          <w:t>1</w:t>
        </w:r>
        <w:r w:rsidRPr="002E2FC4">
          <w:rPr>
            <w:rFonts w:cs="Times New Roman"/>
            <w:noProof/>
            <w:webHidden/>
            <w:szCs w:val="28"/>
          </w:rPr>
          <w:fldChar w:fldCharType="end"/>
        </w:r>
      </w:hyperlink>
    </w:p>
    <w:p w14:paraId="5CDEF277" w14:textId="77777777" w:rsidR="002E2FC4" w:rsidRPr="002E2FC4" w:rsidRDefault="002E2FC4">
      <w:pPr>
        <w:pStyle w:val="2c"/>
        <w:tabs>
          <w:tab w:val="right" w:leader="dot" w:pos="9345"/>
        </w:tabs>
        <w:rPr>
          <w:rFonts w:cs="Times New Roman"/>
          <w:noProof/>
          <w:szCs w:val="28"/>
        </w:rPr>
      </w:pPr>
      <w:hyperlink w:anchor="_Toc244371418" w:history="1">
        <w:r w:rsidRPr="002E2FC4">
          <w:rPr>
            <w:rStyle w:val="aff8"/>
            <w:rFonts w:cs="Times New Roman"/>
            <w:noProof/>
            <w:szCs w:val="28"/>
          </w:rPr>
          <w:t>2.2 Почему важен защищённый обмен данными</w:t>
        </w:r>
        <w:r w:rsidRPr="002E2FC4">
          <w:rPr>
            <w:rFonts w:cs="Times New Roman"/>
            <w:noProof/>
            <w:webHidden/>
            <w:szCs w:val="28"/>
          </w:rPr>
          <w:tab/>
        </w:r>
        <w:r w:rsidRPr="002E2FC4">
          <w:rPr>
            <w:rFonts w:cs="Times New Roman"/>
            <w:noProof/>
            <w:webHidden/>
            <w:szCs w:val="28"/>
          </w:rPr>
          <w:fldChar w:fldCharType="begin"/>
        </w:r>
        <w:r w:rsidRPr="002E2FC4">
          <w:rPr>
            <w:rFonts w:cs="Times New Roman"/>
            <w:noProof/>
            <w:webHidden/>
            <w:szCs w:val="28"/>
          </w:rPr>
          <w:instrText xml:space="preserve"> PAGEREF _Toc244371418 \h </w:instrText>
        </w:r>
        <w:r w:rsidRPr="002E2FC4">
          <w:rPr>
            <w:rFonts w:cs="Times New Roman"/>
            <w:noProof/>
            <w:webHidden/>
            <w:szCs w:val="28"/>
          </w:rPr>
        </w:r>
        <w:r w:rsidRPr="002E2FC4">
          <w:rPr>
            <w:rFonts w:cs="Times New Roman"/>
            <w:noProof/>
            <w:webHidden/>
            <w:szCs w:val="28"/>
          </w:rPr>
          <w:fldChar w:fldCharType="separate"/>
        </w:r>
        <w:r w:rsidRPr="002E2FC4">
          <w:rPr>
            <w:rFonts w:cs="Times New Roman"/>
            <w:noProof/>
            <w:webHidden/>
            <w:szCs w:val="28"/>
          </w:rPr>
          <w:t>1</w:t>
        </w:r>
        <w:r w:rsidRPr="002E2FC4">
          <w:rPr>
            <w:rFonts w:cs="Times New Roman"/>
            <w:noProof/>
            <w:webHidden/>
            <w:szCs w:val="28"/>
          </w:rPr>
          <w:fldChar w:fldCharType="end"/>
        </w:r>
      </w:hyperlink>
    </w:p>
    <w:p w14:paraId="7008B1DE" w14:textId="77777777" w:rsidR="002E2FC4" w:rsidRPr="002E2FC4" w:rsidRDefault="002E2FC4">
      <w:pPr>
        <w:pStyle w:val="14"/>
        <w:tabs>
          <w:tab w:val="right" w:leader="dot" w:pos="9345"/>
        </w:tabs>
        <w:rPr>
          <w:rFonts w:cs="Times New Roman"/>
          <w:noProof/>
          <w:szCs w:val="28"/>
        </w:rPr>
      </w:pPr>
      <w:hyperlink w:anchor="_Toc244371419" w:history="1">
        <w:r w:rsidRPr="002E2FC4">
          <w:rPr>
            <w:rStyle w:val="aff8"/>
            <w:rFonts w:cs="Times New Roman"/>
            <w:noProof/>
            <w:szCs w:val="28"/>
          </w:rPr>
          <w:t>3 Безопасность в интернете</w:t>
        </w:r>
        <w:r w:rsidRPr="002E2FC4">
          <w:rPr>
            <w:rFonts w:cs="Times New Roman"/>
            <w:noProof/>
            <w:webHidden/>
            <w:szCs w:val="28"/>
          </w:rPr>
          <w:tab/>
        </w:r>
        <w:r w:rsidRPr="002E2FC4">
          <w:rPr>
            <w:rFonts w:cs="Times New Roman"/>
            <w:noProof/>
            <w:webHidden/>
            <w:szCs w:val="28"/>
          </w:rPr>
          <w:fldChar w:fldCharType="begin"/>
        </w:r>
        <w:r w:rsidRPr="002E2FC4">
          <w:rPr>
            <w:rFonts w:cs="Times New Roman"/>
            <w:noProof/>
            <w:webHidden/>
            <w:szCs w:val="28"/>
          </w:rPr>
          <w:instrText xml:space="preserve"> PAGEREF _Toc244371419 \h </w:instrText>
        </w:r>
        <w:r w:rsidRPr="002E2FC4">
          <w:rPr>
            <w:rFonts w:cs="Times New Roman"/>
            <w:noProof/>
            <w:webHidden/>
            <w:szCs w:val="28"/>
          </w:rPr>
        </w:r>
        <w:r w:rsidRPr="002E2FC4">
          <w:rPr>
            <w:rFonts w:cs="Times New Roman"/>
            <w:noProof/>
            <w:webHidden/>
            <w:szCs w:val="28"/>
          </w:rPr>
          <w:fldChar w:fldCharType="separate"/>
        </w:r>
        <w:r w:rsidRPr="002E2FC4">
          <w:rPr>
            <w:rFonts w:cs="Times New Roman"/>
            <w:noProof/>
            <w:webHidden/>
            <w:szCs w:val="28"/>
          </w:rPr>
          <w:t>1</w:t>
        </w:r>
        <w:r w:rsidRPr="002E2FC4">
          <w:rPr>
            <w:rFonts w:cs="Times New Roman"/>
            <w:noProof/>
            <w:webHidden/>
            <w:szCs w:val="28"/>
          </w:rPr>
          <w:fldChar w:fldCharType="end"/>
        </w:r>
      </w:hyperlink>
    </w:p>
    <w:p w14:paraId="189C8E68" w14:textId="77777777" w:rsidR="002E2FC4" w:rsidRPr="002E2FC4" w:rsidRDefault="002E2FC4">
      <w:pPr>
        <w:pStyle w:val="2c"/>
        <w:tabs>
          <w:tab w:val="right" w:leader="dot" w:pos="9345"/>
        </w:tabs>
        <w:rPr>
          <w:rFonts w:cs="Times New Roman"/>
          <w:noProof/>
          <w:szCs w:val="28"/>
        </w:rPr>
      </w:pPr>
      <w:hyperlink w:anchor="_Toc244371420" w:history="1">
        <w:r w:rsidRPr="002E2FC4">
          <w:rPr>
            <w:rStyle w:val="aff8"/>
            <w:rFonts w:cs="Times New Roman"/>
            <w:noProof/>
            <w:szCs w:val="28"/>
          </w:rPr>
          <w:t>3.1 Основные угрозы</w:t>
        </w:r>
        <w:r w:rsidRPr="002E2FC4">
          <w:rPr>
            <w:rFonts w:cs="Times New Roman"/>
            <w:noProof/>
            <w:webHidden/>
            <w:szCs w:val="28"/>
          </w:rPr>
          <w:tab/>
        </w:r>
        <w:r w:rsidRPr="002E2FC4">
          <w:rPr>
            <w:rFonts w:cs="Times New Roman"/>
            <w:noProof/>
            <w:webHidden/>
            <w:szCs w:val="28"/>
          </w:rPr>
          <w:fldChar w:fldCharType="begin"/>
        </w:r>
        <w:r w:rsidRPr="002E2FC4">
          <w:rPr>
            <w:rFonts w:cs="Times New Roman"/>
            <w:noProof/>
            <w:webHidden/>
            <w:szCs w:val="28"/>
          </w:rPr>
          <w:instrText xml:space="preserve"> PAGEREF _Toc244371420 \h </w:instrText>
        </w:r>
        <w:r w:rsidRPr="002E2FC4">
          <w:rPr>
            <w:rFonts w:cs="Times New Roman"/>
            <w:noProof/>
            <w:webHidden/>
            <w:szCs w:val="28"/>
          </w:rPr>
        </w:r>
        <w:r w:rsidRPr="002E2FC4">
          <w:rPr>
            <w:rFonts w:cs="Times New Roman"/>
            <w:noProof/>
            <w:webHidden/>
            <w:szCs w:val="28"/>
          </w:rPr>
          <w:fldChar w:fldCharType="separate"/>
        </w:r>
        <w:r w:rsidRPr="002E2FC4">
          <w:rPr>
            <w:rFonts w:cs="Times New Roman"/>
            <w:noProof/>
            <w:webHidden/>
            <w:szCs w:val="28"/>
          </w:rPr>
          <w:t>1</w:t>
        </w:r>
        <w:r w:rsidRPr="002E2FC4">
          <w:rPr>
            <w:rFonts w:cs="Times New Roman"/>
            <w:noProof/>
            <w:webHidden/>
            <w:szCs w:val="28"/>
          </w:rPr>
          <w:fldChar w:fldCharType="end"/>
        </w:r>
      </w:hyperlink>
    </w:p>
    <w:p w14:paraId="490FEFE4" w14:textId="77777777" w:rsidR="002E2FC4" w:rsidRPr="002E2FC4" w:rsidRDefault="002E2FC4">
      <w:pPr>
        <w:pStyle w:val="2c"/>
        <w:tabs>
          <w:tab w:val="right" w:leader="dot" w:pos="9345"/>
        </w:tabs>
        <w:rPr>
          <w:rFonts w:cs="Times New Roman"/>
          <w:noProof/>
          <w:szCs w:val="28"/>
        </w:rPr>
      </w:pPr>
      <w:hyperlink w:anchor="_Toc244371421" w:history="1">
        <w:r w:rsidRPr="002E2FC4">
          <w:rPr>
            <w:rStyle w:val="aff8"/>
            <w:rFonts w:cs="Times New Roman"/>
            <w:noProof/>
            <w:szCs w:val="28"/>
          </w:rPr>
          <w:t>3.2 Правила безопасного поведения</w:t>
        </w:r>
        <w:r w:rsidRPr="002E2FC4">
          <w:rPr>
            <w:rFonts w:cs="Times New Roman"/>
            <w:noProof/>
            <w:webHidden/>
            <w:szCs w:val="28"/>
          </w:rPr>
          <w:tab/>
        </w:r>
        <w:r w:rsidRPr="002E2FC4">
          <w:rPr>
            <w:rFonts w:cs="Times New Roman"/>
            <w:noProof/>
            <w:webHidden/>
            <w:szCs w:val="28"/>
          </w:rPr>
          <w:fldChar w:fldCharType="begin"/>
        </w:r>
        <w:r w:rsidRPr="002E2FC4">
          <w:rPr>
            <w:rFonts w:cs="Times New Roman"/>
            <w:noProof/>
            <w:webHidden/>
            <w:szCs w:val="28"/>
          </w:rPr>
          <w:instrText xml:space="preserve"> PAGEREF _Toc244371421 \h </w:instrText>
        </w:r>
        <w:r w:rsidRPr="002E2FC4">
          <w:rPr>
            <w:rFonts w:cs="Times New Roman"/>
            <w:noProof/>
            <w:webHidden/>
            <w:szCs w:val="28"/>
          </w:rPr>
        </w:r>
        <w:r w:rsidRPr="002E2FC4">
          <w:rPr>
            <w:rFonts w:cs="Times New Roman"/>
            <w:noProof/>
            <w:webHidden/>
            <w:szCs w:val="28"/>
          </w:rPr>
          <w:fldChar w:fldCharType="separate"/>
        </w:r>
        <w:r w:rsidRPr="002E2FC4">
          <w:rPr>
            <w:rFonts w:cs="Times New Roman"/>
            <w:noProof/>
            <w:webHidden/>
            <w:szCs w:val="28"/>
          </w:rPr>
          <w:t>1</w:t>
        </w:r>
        <w:r w:rsidRPr="002E2FC4">
          <w:rPr>
            <w:rFonts w:cs="Times New Roman"/>
            <w:noProof/>
            <w:webHidden/>
            <w:szCs w:val="28"/>
          </w:rPr>
          <w:fldChar w:fldCharType="end"/>
        </w:r>
      </w:hyperlink>
    </w:p>
    <w:p w14:paraId="0372DBF1" w14:textId="77777777" w:rsidR="00C96848" w:rsidRPr="002E2FC4" w:rsidRDefault="00000000">
      <w:pPr>
        <w:tabs>
          <w:tab w:val="right" w:leader="dot" w:pos="9014"/>
        </w:tabs>
        <w:spacing w:line="288" w:lineRule="auto"/>
        <w:ind w:firstLine="0"/>
        <w:rPr>
          <w:rFonts w:cs="Times New Roman"/>
          <w:szCs w:val="28"/>
        </w:rPr>
      </w:pPr>
      <w:r w:rsidRPr="002E2FC4">
        <w:rPr>
          <w:rFonts w:cs="Times New Roman"/>
          <w:szCs w:val="28"/>
        </w:rPr>
        <w:fldChar w:fldCharType="end"/>
      </w:r>
    </w:p>
    <w:p w14:paraId="686C656B" w14:textId="77777777" w:rsidR="00C96848" w:rsidRPr="002E2FC4" w:rsidRDefault="00000000">
      <w:pPr>
        <w:pStyle w:val="Structure"/>
        <w:pageBreakBefore/>
        <w:rPr>
          <w:rFonts w:cs="Times New Roman"/>
          <w:szCs w:val="28"/>
          <w:lang w:val="ru-RU"/>
        </w:rPr>
      </w:pPr>
      <w:r w:rsidRPr="002E2FC4">
        <w:rPr>
          <w:rFonts w:cs="Times New Roman"/>
          <w:szCs w:val="28"/>
          <w:lang w:val="ru-RU"/>
        </w:rPr>
        <w:lastRenderedPageBreak/>
        <w:t>ВВЕДЕНИЕ</w:t>
      </w:r>
    </w:p>
    <w:p w14:paraId="217BB4E8" w14:textId="77777777" w:rsidR="00C96848" w:rsidRPr="002E2FC4" w:rsidRDefault="00000000">
      <w:pPr>
        <w:rPr>
          <w:rFonts w:cs="Times New Roman"/>
          <w:szCs w:val="28"/>
          <w:lang w:val="ru-RU"/>
        </w:rPr>
      </w:pPr>
      <w:r w:rsidRPr="002E2FC4">
        <w:rPr>
          <w:rFonts w:cs="Times New Roman"/>
          <w:szCs w:val="28"/>
          <w:lang w:val="ru-RU"/>
        </w:rPr>
        <w:t>Компьютеры, телефоны и планшеты каждый день обмениваются информацией через сети. Благодаря этому можно общаться на расстоянии, искать учебные материалы и пользоваться электронными сервисами. Однако вместе с удобством появляются риски: потеря данных, вредоносные программы и попытки обмана в интернете.</w:t>
      </w:r>
    </w:p>
    <w:p w14:paraId="21D7E580" w14:textId="77777777" w:rsidR="00C96848" w:rsidRPr="002E2FC4" w:rsidRDefault="00000000">
      <w:pPr>
        <w:rPr>
          <w:rFonts w:cs="Times New Roman"/>
          <w:szCs w:val="28"/>
          <w:lang w:val="ru-RU"/>
        </w:rPr>
      </w:pPr>
      <w:r w:rsidRPr="002E2FC4">
        <w:rPr>
          <w:rFonts w:cs="Times New Roman"/>
          <w:szCs w:val="28"/>
          <w:lang w:val="ru-RU"/>
        </w:rPr>
        <w:t>Актуальность темы связана с тем, что школьники постоянно используют цифровые устройства, но не всегда понимают, каким путём передаются данные и как защитить личную информацию.</w:t>
      </w:r>
    </w:p>
    <w:p w14:paraId="728C2255" w14:textId="3C21624C" w:rsidR="00C96848" w:rsidRPr="002E2FC4" w:rsidRDefault="00000000">
      <w:pPr>
        <w:rPr>
          <w:rFonts w:cs="Times New Roman"/>
          <w:szCs w:val="28"/>
          <w:lang w:val="ru-RU"/>
        </w:rPr>
      </w:pPr>
      <w:r w:rsidRPr="002E2FC4">
        <w:rPr>
          <w:rFonts w:cs="Times New Roman"/>
          <w:szCs w:val="28"/>
          <w:lang w:val="ru-RU"/>
        </w:rPr>
        <w:t xml:space="preserve">Цель доклада </w:t>
      </w:r>
      <w:r w:rsidR="002E2FC4" w:rsidRPr="002E2FC4">
        <w:rPr>
          <w:rFonts w:cs="Times New Roman"/>
          <w:szCs w:val="28"/>
          <w:lang w:val="ru-RU"/>
        </w:rPr>
        <w:t>–</w:t>
      </w:r>
      <w:r w:rsidRPr="002E2FC4">
        <w:rPr>
          <w:rFonts w:cs="Times New Roman"/>
          <w:szCs w:val="28"/>
          <w:lang w:val="ru-RU"/>
        </w:rPr>
        <w:t xml:space="preserve"> объяснить устройство простых компьютерных сетей и рассмотреть основные правила безопасного поведения в интернете. Для достижения цели необходимо выяснить, какие бывают сети, как устройства подключаются к интернету, какие угрозы встречаются пользователям и как снизить эти риски.</w:t>
      </w:r>
    </w:p>
    <w:p w14:paraId="050E17FC" w14:textId="77777777" w:rsidR="00C96848" w:rsidRPr="002E2FC4" w:rsidRDefault="00000000">
      <w:pPr>
        <w:pStyle w:val="1"/>
        <w:rPr>
          <w:rFonts w:ascii="Times New Roman" w:hAnsi="Times New Roman" w:cs="Times New Roman"/>
          <w:lang w:val="ru-RU"/>
        </w:rPr>
      </w:pPr>
      <w:bookmarkStart w:id="0" w:name="_Toc244371413"/>
      <w:r w:rsidRPr="002E2FC4">
        <w:rPr>
          <w:rFonts w:ascii="Times New Roman" w:hAnsi="Times New Roman" w:cs="Times New Roman"/>
          <w:lang w:val="ru-RU"/>
        </w:rPr>
        <w:lastRenderedPageBreak/>
        <w:t>1 Компьютерные сети</w:t>
      </w:r>
      <w:bookmarkEnd w:id="0"/>
    </w:p>
    <w:p w14:paraId="08BAD0D4" w14:textId="77777777" w:rsidR="00C96848" w:rsidRPr="002E2FC4" w:rsidRDefault="00000000">
      <w:pPr>
        <w:pStyle w:val="21"/>
        <w:rPr>
          <w:rFonts w:ascii="Times New Roman" w:hAnsi="Times New Roman" w:cs="Times New Roman"/>
          <w:szCs w:val="28"/>
          <w:lang w:val="ru-RU"/>
        </w:rPr>
      </w:pPr>
      <w:bookmarkStart w:id="1" w:name="_Toc244371414"/>
      <w:r w:rsidRPr="002E2FC4">
        <w:rPr>
          <w:rFonts w:ascii="Times New Roman" w:hAnsi="Times New Roman" w:cs="Times New Roman"/>
          <w:szCs w:val="28"/>
          <w:lang w:val="ru-RU"/>
        </w:rPr>
        <w:t>1.1 Что такое компьютерная сеть</w:t>
      </w:r>
      <w:bookmarkEnd w:id="1"/>
    </w:p>
    <w:p w14:paraId="01EA03ED" w14:textId="047914BD" w:rsidR="00C96848" w:rsidRPr="002E2FC4" w:rsidRDefault="00000000">
      <w:pPr>
        <w:rPr>
          <w:rFonts w:cs="Times New Roman"/>
          <w:szCs w:val="28"/>
          <w:lang w:val="ru-RU"/>
        </w:rPr>
      </w:pPr>
      <w:r w:rsidRPr="002E2FC4">
        <w:rPr>
          <w:rFonts w:cs="Times New Roman"/>
          <w:szCs w:val="28"/>
          <w:lang w:val="ru-RU"/>
        </w:rPr>
        <w:t xml:space="preserve">Компьютерная сеть </w:t>
      </w:r>
      <w:r w:rsidR="002E2FC4" w:rsidRPr="002E2FC4">
        <w:rPr>
          <w:rFonts w:cs="Times New Roman"/>
          <w:szCs w:val="28"/>
          <w:lang w:val="ru-RU"/>
        </w:rPr>
        <w:t>–</w:t>
      </w:r>
      <w:r w:rsidRPr="002E2FC4">
        <w:rPr>
          <w:rFonts w:cs="Times New Roman"/>
          <w:szCs w:val="28"/>
          <w:lang w:val="ru-RU"/>
        </w:rPr>
        <w:t xml:space="preserve"> это несколько устройств, соединённых между собой для обмена данными. В одной сети могут работать компьютеры, ноутбуки, телефоны, принтеры и другие устройства. Сеть позволяет совместно пользоваться файлами, программами и оборудованием.</w:t>
      </w:r>
    </w:p>
    <w:p w14:paraId="09A54356" w14:textId="77777777" w:rsidR="00C96848" w:rsidRPr="002E2FC4" w:rsidRDefault="00000000">
      <w:pPr>
        <w:rPr>
          <w:rFonts w:cs="Times New Roman"/>
          <w:szCs w:val="28"/>
        </w:rPr>
      </w:pPr>
      <w:r w:rsidRPr="002E2FC4">
        <w:rPr>
          <w:rFonts w:cs="Times New Roman"/>
          <w:szCs w:val="28"/>
          <w:lang w:val="ru-RU"/>
        </w:rPr>
        <w:t xml:space="preserve">Домашняя сеть обычно объединяет устройства через маршрутизатор. Он направляет данные между локальной сетью и интернетом. </w:t>
      </w:r>
      <w:proofErr w:type="spellStart"/>
      <w:r w:rsidRPr="002E2FC4">
        <w:rPr>
          <w:rFonts w:cs="Times New Roman"/>
          <w:szCs w:val="28"/>
        </w:rPr>
        <w:t>Пример</w:t>
      </w:r>
      <w:proofErr w:type="spellEnd"/>
      <w:r w:rsidRPr="002E2FC4">
        <w:rPr>
          <w:rFonts w:cs="Times New Roman"/>
          <w:szCs w:val="28"/>
        </w:rPr>
        <w:t xml:space="preserve"> </w:t>
      </w:r>
      <w:proofErr w:type="spellStart"/>
      <w:r w:rsidRPr="002E2FC4">
        <w:rPr>
          <w:rFonts w:cs="Times New Roman"/>
          <w:szCs w:val="28"/>
        </w:rPr>
        <w:t>упрощённой</w:t>
      </w:r>
      <w:proofErr w:type="spellEnd"/>
      <w:r w:rsidRPr="002E2FC4">
        <w:rPr>
          <w:rFonts w:cs="Times New Roman"/>
          <w:szCs w:val="28"/>
        </w:rPr>
        <w:t xml:space="preserve"> </w:t>
      </w:r>
      <w:proofErr w:type="spellStart"/>
      <w:r w:rsidRPr="002E2FC4">
        <w:rPr>
          <w:rFonts w:cs="Times New Roman"/>
          <w:szCs w:val="28"/>
        </w:rPr>
        <w:t>цепочки</w:t>
      </w:r>
      <w:proofErr w:type="spellEnd"/>
      <w:r w:rsidRPr="002E2FC4">
        <w:rPr>
          <w:rFonts w:cs="Times New Roman"/>
          <w:szCs w:val="28"/>
        </w:rPr>
        <w:t xml:space="preserve"> </w:t>
      </w:r>
      <w:proofErr w:type="spellStart"/>
      <w:r w:rsidRPr="002E2FC4">
        <w:rPr>
          <w:rFonts w:cs="Times New Roman"/>
          <w:szCs w:val="28"/>
        </w:rPr>
        <w:t>передачи</w:t>
      </w:r>
      <w:proofErr w:type="spellEnd"/>
      <w:r w:rsidRPr="002E2FC4">
        <w:rPr>
          <w:rFonts w:cs="Times New Roman"/>
          <w:szCs w:val="28"/>
        </w:rPr>
        <w:t xml:space="preserve"> данных представлен на рисунке 1.</w:t>
      </w:r>
    </w:p>
    <w:p w14:paraId="2415027A" w14:textId="77777777" w:rsidR="00C96848" w:rsidRPr="002E2FC4" w:rsidRDefault="00000000">
      <w:pPr>
        <w:keepNext/>
        <w:spacing w:before="160"/>
        <w:ind w:firstLine="0"/>
        <w:jc w:val="center"/>
        <w:rPr>
          <w:rFonts w:cs="Times New Roman"/>
          <w:szCs w:val="28"/>
        </w:rPr>
      </w:pPr>
      <w:r w:rsidRPr="002E2FC4">
        <w:rPr>
          <w:rFonts w:cs="Times New Roman"/>
          <w:noProof/>
          <w:szCs w:val="28"/>
        </w:rPr>
        <w:drawing>
          <wp:inline distT="0" distB="0" distL="0" distR="0" wp14:anchorId="3A6A16E6" wp14:editId="12FD4714">
            <wp:extent cx="5040000" cy="2184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twork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18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0CD0AF" w14:textId="63CE8595" w:rsidR="00C96848" w:rsidRPr="002E2FC4" w:rsidRDefault="00000000">
      <w:pPr>
        <w:pStyle w:val="CaptionReport"/>
        <w:rPr>
          <w:rFonts w:cs="Times New Roman"/>
          <w:sz w:val="28"/>
          <w:szCs w:val="28"/>
          <w:lang w:val="ru-RU"/>
        </w:rPr>
      </w:pPr>
      <w:r w:rsidRPr="002E2FC4">
        <w:rPr>
          <w:rFonts w:cs="Times New Roman"/>
          <w:sz w:val="28"/>
          <w:szCs w:val="28"/>
          <w:lang w:val="ru-RU"/>
        </w:rPr>
        <w:t xml:space="preserve">Рисунок 1 </w:t>
      </w:r>
      <w:r w:rsidR="002E2FC4" w:rsidRPr="002E2FC4">
        <w:rPr>
          <w:rFonts w:cs="Times New Roman"/>
          <w:sz w:val="28"/>
          <w:szCs w:val="28"/>
          <w:lang w:val="ru-RU"/>
        </w:rPr>
        <w:t>–</w:t>
      </w:r>
      <w:r w:rsidRPr="002E2FC4">
        <w:rPr>
          <w:rFonts w:cs="Times New Roman"/>
          <w:sz w:val="28"/>
          <w:szCs w:val="28"/>
          <w:lang w:val="ru-RU"/>
        </w:rPr>
        <w:t xml:space="preserve"> Упрощённая схема подключения к интернету</w:t>
      </w:r>
    </w:p>
    <w:p w14:paraId="67AEBA60" w14:textId="77777777" w:rsidR="00C96848" w:rsidRPr="002E2FC4" w:rsidRDefault="00000000">
      <w:pPr>
        <w:rPr>
          <w:rFonts w:cs="Times New Roman"/>
          <w:szCs w:val="28"/>
          <w:lang w:val="ru-RU"/>
        </w:rPr>
      </w:pPr>
      <w:r w:rsidRPr="002E2FC4">
        <w:rPr>
          <w:rFonts w:cs="Times New Roman"/>
          <w:szCs w:val="28"/>
          <w:lang w:val="ru-RU"/>
        </w:rPr>
        <w:t>На рисунке показана только общая последовательность соединений. В реальной сети часть устройств подключается по беспроводной связи, а передача данных может проходить через несколько промежуточных узлов.</w:t>
      </w:r>
    </w:p>
    <w:p w14:paraId="3530F381" w14:textId="77777777" w:rsidR="00C96848" w:rsidRPr="002E2FC4" w:rsidRDefault="00000000">
      <w:pPr>
        <w:pStyle w:val="21"/>
        <w:rPr>
          <w:rFonts w:ascii="Times New Roman" w:hAnsi="Times New Roman" w:cs="Times New Roman"/>
          <w:szCs w:val="28"/>
          <w:lang w:val="ru-RU"/>
        </w:rPr>
      </w:pPr>
      <w:bookmarkStart w:id="2" w:name="_Toc244371415"/>
      <w:r w:rsidRPr="002E2FC4">
        <w:rPr>
          <w:rFonts w:ascii="Times New Roman" w:hAnsi="Times New Roman" w:cs="Times New Roman"/>
          <w:szCs w:val="28"/>
          <w:lang w:val="ru-RU"/>
        </w:rPr>
        <w:t>1.2 Локальные и глобальные сети</w:t>
      </w:r>
      <w:bookmarkEnd w:id="2"/>
    </w:p>
    <w:p w14:paraId="31FA74A8" w14:textId="77777777" w:rsidR="00C96848" w:rsidRPr="002E2FC4" w:rsidRDefault="00000000">
      <w:pPr>
        <w:rPr>
          <w:rFonts w:cs="Times New Roman"/>
          <w:szCs w:val="28"/>
          <w:lang w:val="ru-RU"/>
        </w:rPr>
      </w:pPr>
      <w:r w:rsidRPr="002E2FC4">
        <w:rPr>
          <w:rFonts w:cs="Times New Roman"/>
          <w:szCs w:val="28"/>
          <w:lang w:val="ru-RU"/>
        </w:rPr>
        <w:t xml:space="preserve">Локальная сеть объединяет устройства в ограниченном пространстве: например, в квартире, классе или школьном здании. Такие сети часто обозначают сокращением </w:t>
      </w:r>
      <w:r w:rsidRPr="002E2FC4">
        <w:rPr>
          <w:rFonts w:cs="Times New Roman"/>
          <w:szCs w:val="28"/>
        </w:rPr>
        <w:t>LAN</w:t>
      </w:r>
      <w:r w:rsidRPr="002E2FC4">
        <w:rPr>
          <w:rFonts w:cs="Times New Roman"/>
          <w:szCs w:val="28"/>
          <w:lang w:val="ru-RU"/>
        </w:rPr>
        <w:t>. Глобальная сеть объединяет множество локальных сетей и позволяет обмениваться данными между удалёнными пользователями.</w:t>
      </w:r>
    </w:p>
    <w:p w14:paraId="705A0DDF" w14:textId="65412B25" w:rsidR="00C96848" w:rsidRPr="002E2FC4" w:rsidRDefault="00000000">
      <w:pPr>
        <w:rPr>
          <w:rFonts w:cs="Times New Roman"/>
          <w:szCs w:val="28"/>
          <w:lang w:val="ru-RU"/>
        </w:rPr>
      </w:pPr>
      <w:r w:rsidRPr="002E2FC4">
        <w:rPr>
          <w:rFonts w:cs="Times New Roman"/>
          <w:szCs w:val="28"/>
          <w:lang w:val="ru-RU"/>
        </w:rPr>
        <w:t xml:space="preserve">Интернет </w:t>
      </w:r>
      <w:r w:rsidR="002E2FC4" w:rsidRPr="002E2FC4">
        <w:rPr>
          <w:rFonts w:cs="Times New Roman"/>
          <w:szCs w:val="28"/>
          <w:lang w:val="ru-RU"/>
        </w:rPr>
        <w:t>–</w:t>
      </w:r>
      <w:r w:rsidRPr="002E2FC4">
        <w:rPr>
          <w:rFonts w:cs="Times New Roman"/>
          <w:szCs w:val="28"/>
          <w:lang w:val="ru-RU"/>
        </w:rPr>
        <w:t xml:space="preserve"> крупнейший пример глобальной сети. При посещении сайта браузер обращается к серверу, на котором размещены нужные материалы. </w:t>
      </w:r>
      <w:r w:rsidRPr="002E2FC4">
        <w:rPr>
          <w:rFonts w:cs="Times New Roman"/>
          <w:szCs w:val="28"/>
          <w:lang w:val="ru-RU"/>
        </w:rPr>
        <w:lastRenderedPageBreak/>
        <w:t xml:space="preserve">Сервер отправляет ответ, после чего браузер отображает страницу. Весь обмен происходит по согласованным правилам </w:t>
      </w:r>
      <w:r w:rsidR="002E2FC4" w:rsidRPr="002E2FC4">
        <w:rPr>
          <w:rFonts w:cs="Times New Roman"/>
          <w:szCs w:val="28"/>
          <w:lang w:val="ru-RU"/>
        </w:rPr>
        <w:t>–</w:t>
      </w:r>
      <w:r w:rsidRPr="002E2FC4">
        <w:rPr>
          <w:rFonts w:cs="Times New Roman"/>
          <w:szCs w:val="28"/>
          <w:lang w:val="ru-RU"/>
        </w:rPr>
        <w:t xml:space="preserve"> сетевым протоколам.</w:t>
      </w:r>
    </w:p>
    <w:p w14:paraId="49D310BB" w14:textId="77777777" w:rsidR="00C96848" w:rsidRPr="002E2FC4" w:rsidRDefault="00000000">
      <w:pPr>
        <w:pStyle w:val="1"/>
        <w:rPr>
          <w:rFonts w:ascii="Times New Roman" w:hAnsi="Times New Roman" w:cs="Times New Roman"/>
          <w:lang w:val="ru-RU"/>
        </w:rPr>
      </w:pPr>
      <w:bookmarkStart w:id="3" w:name="_Toc244371416"/>
      <w:r w:rsidRPr="002E2FC4">
        <w:rPr>
          <w:rFonts w:ascii="Times New Roman" w:hAnsi="Times New Roman" w:cs="Times New Roman"/>
          <w:lang w:val="ru-RU"/>
        </w:rPr>
        <w:lastRenderedPageBreak/>
        <w:t>2 Как информация передаётся через интернет</w:t>
      </w:r>
      <w:bookmarkEnd w:id="3"/>
    </w:p>
    <w:p w14:paraId="4135C55A" w14:textId="77777777" w:rsidR="00C96848" w:rsidRPr="002E2FC4" w:rsidRDefault="00000000">
      <w:pPr>
        <w:pStyle w:val="21"/>
        <w:rPr>
          <w:rFonts w:ascii="Times New Roman" w:hAnsi="Times New Roman" w:cs="Times New Roman"/>
          <w:szCs w:val="28"/>
          <w:lang w:val="ru-RU"/>
        </w:rPr>
      </w:pPr>
      <w:bookmarkStart w:id="4" w:name="_Toc244371417"/>
      <w:r w:rsidRPr="002E2FC4">
        <w:rPr>
          <w:rFonts w:ascii="Times New Roman" w:hAnsi="Times New Roman" w:cs="Times New Roman"/>
          <w:szCs w:val="28"/>
          <w:lang w:val="ru-RU"/>
        </w:rPr>
        <w:t>2.1 Адреса устройств и сайтов</w:t>
      </w:r>
      <w:bookmarkEnd w:id="4"/>
    </w:p>
    <w:p w14:paraId="46E0EB5B" w14:textId="77777777" w:rsidR="00C96848" w:rsidRPr="002E2FC4" w:rsidRDefault="00000000">
      <w:pPr>
        <w:rPr>
          <w:rFonts w:cs="Times New Roman"/>
          <w:szCs w:val="28"/>
          <w:lang w:val="ru-RU"/>
        </w:rPr>
      </w:pPr>
      <w:r w:rsidRPr="002E2FC4">
        <w:rPr>
          <w:rFonts w:cs="Times New Roman"/>
          <w:szCs w:val="28"/>
          <w:lang w:val="ru-RU"/>
        </w:rPr>
        <w:t xml:space="preserve">Чтобы данные попали к нужному получателю, сетевые устройства используют адреса. </w:t>
      </w:r>
      <w:r w:rsidRPr="002E2FC4">
        <w:rPr>
          <w:rFonts w:cs="Times New Roman"/>
          <w:szCs w:val="28"/>
        </w:rPr>
        <w:t>IP</w:t>
      </w:r>
      <w:r w:rsidRPr="002E2FC4">
        <w:rPr>
          <w:rFonts w:cs="Times New Roman"/>
          <w:szCs w:val="28"/>
          <w:lang w:val="ru-RU"/>
        </w:rPr>
        <w:t>-адрес помогает определить устройство в сети, а привычное доменное имя делает адрес сайта удобнее для человека.</w:t>
      </w:r>
    </w:p>
    <w:p w14:paraId="3DB1DDD9" w14:textId="77777777" w:rsidR="00C96848" w:rsidRPr="002E2FC4" w:rsidRDefault="00000000">
      <w:pPr>
        <w:rPr>
          <w:rFonts w:cs="Times New Roman"/>
          <w:szCs w:val="28"/>
          <w:lang w:val="ru-RU"/>
        </w:rPr>
      </w:pPr>
      <w:r w:rsidRPr="002E2FC4">
        <w:rPr>
          <w:rFonts w:cs="Times New Roman"/>
          <w:szCs w:val="28"/>
          <w:lang w:val="ru-RU"/>
        </w:rPr>
        <w:t>Например, пользователь вводит адрес сайта в браузере, а система доменных имён (</w:t>
      </w:r>
      <w:r w:rsidRPr="002E2FC4">
        <w:rPr>
          <w:rFonts w:cs="Times New Roman"/>
          <w:szCs w:val="28"/>
        </w:rPr>
        <w:t>DNS</w:t>
      </w:r>
      <w:r w:rsidRPr="002E2FC4">
        <w:rPr>
          <w:rFonts w:cs="Times New Roman"/>
          <w:szCs w:val="28"/>
          <w:lang w:val="ru-RU"/>
        </w:rPr>
        <w:t>) помогает найти соответствующий сетевой адрес. Затем браузер устанавливает соединение и запрашивает нужную страницу.</w:t>
      </w:r>
    </w:p>
    <w:p w14:paraId="6B9894DD" w14:textId="77777777" w:rsidR="00C96848" w:rsidRPr="002E2FC4" w:rsidRDefault="00000000">
      <w:pPr>
        <w:pStyle w:val="21"/>
        <w:rPr>
          <w:rFonts w:ascii="Times New Roman" w:hAnsi="Times New Roman" w:cs="Times New Roman"/>
          <w:szCs w:val="28"/>
          <w:lang w:val="ru-RU"/>
        </w:rPr>
      </w:pPr>
      <w:bookmarkStart w:id="5" w:name="_Toc244371418"/>
      <w:r w:rsidRPr="002E2FC4">
        <w:rPr>
          <w:rFonts w:ascii="Times New Roman" w:hAnsi="Times New Roman" w:cs="Times New Roman"/>
          <w:szCs w:val="28"/>
          <w:lang w:val="ru-RU"/>
        </w:rPr>
        <w:t>2.2 Почему важен защищённый обмен данными</w:t>
      </w:r>
      <w:bookmarkEnd w:id="5"/>
    </w:p>
    <w:p w14:paraId="5793C39E" w14:textId="77777777" w:rsidR="00C96848" w:rsidRPr="002E2FC4" w:rsidRDefault="00000000">
      <w:pPr>
        <w:rPr>
          <w:rFonts w:cs="Times New Roman"/>
          <w:szCs w:val="28"/>
          <w:lang w:val="ru-RU"/>
        </w:rPr>
      </w:pPr>
      <w:r w:rsidRPr="002E2FC4">
        <w:rPr>
          <w:rFonts w:cs="Times New Roman"/>
          <w:szCs w:val="28"/>
          <w:lang w:val="ru-RU"/>
        </w:rPr>
        <w:t xml:space="preserve">При работе в интернете пользователи могут передавать пароли, сообщения и другие личные сведения. Для защиты обмена данными сайты используют шифрование, в частности соединение </w:t>
      </w:r>
      <w:r w:rsidRPr="002E2FC4">
        <w:rPr>
          <w:rFonts w:cs="Times New Roman"/>
          <w:szCs w:val="28"/>
        </w:rPr>
        <w:t>HTTPS</w:t>
      </w:r>
      <w:r w:rsidRPr="002E2FC4">
        <w:rPr>
          <w:rFonts w:cs="Times New Roman"/>
          <w:szCs w:val="28"/>
          <w:lang w:val="ru-RU"/>
        </w:rPr>
        <w:t>. Оно уменьшает риск перехвата содержимого при передаче.</w:t>
      </w:r>
    </w:p>
    <w:p w14:paraId="5AC45C70" w14:textId="77777777" w:rsidR="00C96848" w:rsidRPr="002E2FC4" w:rsidRDefault="00000000">
      <w:pPr>
        <w:rPr>
          <w:rFonts w:cs="Times New Roman"/>
          <w:szCs w:val="28"/>
          <w:lang w:val="ru-RU"/>
        </w:rPr>
      </w:pPr>
      <w:r w:rsidRPr="002E2FC4">
        <w:rPr>
          <w:rFonts w:cs="Times New Roman"/>
          <w:szCs w:val="28"/>
          <w:lang w:val="ru-RU"/>
        </w:rPr>
        <w:t xml:space="preserve">При этом значок защищённого соединения не гарантирует, что сам сайт честный. Мошенническая страница тоже может использовать </w:t>
      </w:r>
      <w:r w:rsidRPr="002E2FC4">
        <w:rPr>
          <w:rFonts w:cs="Times New Roman"/>
          <w:szCs w:val="28"/>
        </w:rPr>
        <w:t>HTTPS</w:t>
      </w:r>
      <w:r w:rsidRPr="002E2FC4">
        <w:rPr>
          <w:rFonts w:cs="Times New Roman"/>
          <w:szCs w:val="28"/>
          <w:lang w:val="ru-RU"/>
        </w:rPr>
        <w:t>. Поэтому важно проверять адрес ресурса, содержание сообщений и запросы на ввод личных данных.</w:t>
      </w:r>
    </w:p>
    <w:p w14:paraId="3A1B1EF0" w14:textId="77777777" w:rsidR="00C96848" w:rsidRPr="002E2FC4" w:rsidRDefault="00000000">
      <w:pPr>
        <w:pStyle w:val="1"/>
        <w:rPr>
          <w:rFonts w:ascii="Times New Roman" w:hAnsi="Times New Roman" w:cs="Times New Roman"/>
        </w:rPr>
      </w:pPr>
      <w:bookmarkStart w:id="6" w:name="_Toc244371419"/>
      <w:r w:rsidRPr="002E2FC4">
        <w:rPr>
          <w:rFonts w:ascii="Times New Roman" w:hAnsi="Times New Roman" w:cs="Times New Roman"/>
        </w:rPr>
        <w:lastRenderedPageBreak/>
        <w:t xml:space="preserve">3 </w:t>
      </w:r>
      <w:proofErr w:type="spellStart"/>
      <w:r w:rsidRPr="002E2FC4">
        <w:rPr>
          <w:rFonts w:ascii="Times New Roman" w:hAnsi="Times New Roman" w:cs="Times New Roman"/>
        </w:rPr>
        <w:t>Безопасность</w:t>
      </w:r>
      <w:proofErr w:type="spellEnd"/>
      <w:r w:rsidRPr="002E2FC4">
        <w:rPr>
          <w:rFonts w:ascii="Times New Roman" w:hAnsi="Times New Roman" w:cs="Times New Roman"/>
        </w:rPr>
        <w:t xml:space="preserve"> в </w:t>
      </w:r>
      <w:proofErr w:type="spellStart"/>
      <w:r w:rsidRPr="002E2FC4">
        <w:rPr>
          <w:rFonts w:ascii="Times New Roman" w:hAnsi="Times New Roman" w:cs="Times New Roman"/>
        </w:rPr>
        <w:t>интернете</w:t>
      </w:r>
      <w:bookmarkEnd w:id="6"/>
      <w:proofErr w:type="spellEnd"/>
    </w:p>
    <w:p w14:paraId="3D7EA665" w14:textId="77777777" w:rsidR="00C96848" w:rsidRPr="002E2FC4" w:rsidRDefault="00000000">
      <w:pPr>
        <w:pStyle w:val="21"/>
        <w:rPr>
          <w:rFonts w:ascii="Times New Roman" w:hAnsi="Times New Roman" w:cs="Times New Roman"/>
          <w:szCs w:val="28"/>
        </w:rPr>
      </w:pPr>
      <w:bookmarkStart w:id="7" w:name="_Toc244371420"/>
      <w:r w:rsidRPr="002E2FC4">
        <w:rPr>
          <w:rFonts w:ascii="Times New Roman" w:hAnsi="Times New Roman" w:cs="Times New Roman"/>
          <w:szCs w:val="28"/>
        </w:rPr>
        <w:t>3.1 Основные угрозы</w:t>
      </w:r>
      <w:bookmarkEnd w:id="7"/>
    </w:p>
    <w:p w14:paraId="3EC235ED" w14:textId="5DC7EEAA" w:rsidR="00C96848" w:rsidRPr="002E2FC4" w:rsidRDefault="00000000">
      <w:pPr>
        <w:rPr>
          <w:rFonts w:cs="Times New Roman"/>
          <w:szCs w:val="28"/>
          <w:lang w:val="ru-RU"/>
        </w:rPr>
      </w:pPr>
      <w:r w:rsidRPr="002E2FC4">
        <w:rPr>
          <w:rFonts w:cs="Times New Roman"/>
          <w:szCs w:val="28"/>
          <w:lang w:val="ru-RU"/>
        </w:rPr>
        <w:t xml:space="preserve">Одна из распространённых угроз </w:t>
      </w:r>
      <w:r w:rsidR="002E2FC4" w:rsidRPr="002E2FC4">
        <w:rPr>
          <w:rFonts w:cs="Times New Roman"/>
          <w:szCs w:val="28"/>
          <w:lang w:val="ru-RU"/>
        </w:rPr>
        <w:t>–</w:t>
      </w:r>
      <w:r w:rsidRPr="002E2FC4">
        <w:rPr>
          <w:rFonts w:cs="Times New Roman"/>
          <w:szCs w:val="28"/>
          <w:lang w:val="ru-RU"/>
        </w:rPr>
        <w:t xml:space="preserve"> фишинг. Злоумышленники создают письма и сайты, похожие на сообщения известных сервисов, чтобы получить пароли или платёжные данные. Другой риск связан с вредоносными программами, которые могут повредить файлы или получить доступ к устройству.</w:t>
      </w:r>
    </w:p>
    <w:p w14:paraId="3B9B98A5" w14:textId="77777777" w:rsidR="00C96848" w:rsidRPr="002E2FC4" w:rsidRDefault="00000000">
      <w:pPr>
        <w:rPr>
          <w:rFonts w:cs="Times New Roman"/>
          <w:szCs w:val="28"/>
          <w:lang w:val="ru-RU"/>
        </w:rPr>
      </w:pPr>
      <w:r w:rsidRPr="002E2FC4">
        <w:rPr>
          <w:rFonts w:cs="Times New Roman"/>
          <w:szCs w:val="28"/>
          <w:lang w:val="ru-RU"/>
        </w:rPr>
        <w:t>Опасность представляют и слишком простые пароли, повторно используемые на разных сайтах. Если данные одного сервиса становятся известны посторонним, те же пароль и почта могут использоваться для попытки входа в другие учётные записи.</w:t>
      </w:r>
    </w:p>
    <w:p w14:paraId="5B3BB9B9" w14:textId="77777777" w:rsidR="00C96848" w:rsidRPr="002E2FC4" w:rsidRDefault="00000000">
      <w:pPr>
        <w:pStyle w:val="21"/>
        <w:rPr>
          <w:rFonts w:ascii="Times New Roman" w:hAnsi="Times New Roman" w:cs="Times New Roman"/>
          <w:szCs w:val="28"/>
          <w:lang w:val="ru-RU"/>
        </w:rPr>
      </w:pPr>
      <w:bookmarkStart w:id="8" w:name="_Toc244371421"/>
      <w:r w:rsidRPr="002E2FC4">
        <w:rPr>
          <w:rFonts w:ascii="Times New Roman" w:hAnsi="Times New Roman" w:cs="Times New Roman"/>
          <w:szCs w:val="28"/>
          <w:lang w:val="ru-RU"/>
        </w:rPr>
        <w:t>3.2 Правила безопасного поведения</w:t>
      </w:r>
      <w:bookmarkEnd w:id="8"/>
    </w:p>
    <w:p w14:paraId="1D50C880" w14:textId="77777777" w:rsidR="00C96848" w:rsidRPr="002E2FC4" w:rsidRDefault="00000000">
      <w:pPr>
        <w:rPr>
          <w:rFonts w:cs="Times New Roman"/>
          <w:szCs w:val="28"/>
          <w:lang w:val="ru-RU"/>
        </w:rPr>
      </w:pPr>
      <w:r w:rsidRPr="002E2FC4">
        <w:rPr>
          <w:rFonts w:cs="Times New Roman"/>
          <w:szCs w:val="28"/>
          <w:lang w:val="ru-RU"/>
        </w:rPr>
        <w:t>На рисунке 2 собраны четыре правила, которые легко применять каждый день. Они не отменяют осторожность, но помогают уменьшить вероятность распространённых проблем.</w:t>
      </w:r>
    </w:p>
    <w:p w14:paraId="3F288541" w14:textId="77777777" w:rsidR="00C96848" w:rsidRPr="002E2FC4" w:rsidRDefault="00000000">
      <w:pPr>
        <w:keepNext/>
        <w:spacing w:before="160"/>
        <w:ind w:firstLine="0"/>
        <w:jc w:val="center"/>
        <w:rPr>
          <w:rFonts w:cs="Times New Roman"/>
          <w:szCs w:val="28"/>
        </w:rPr>
      </w:pPr>
      <w:r w:rsidRPr="002E2FC4">
        <w:rPr>
          <w:rFonts w:cs="Times New Roman"/>
          <w:noProof/>
          <w:szCs w:val="28"/>
        </w:rPr>
        <w:drawing>
          <wp:inline distT="0" distB="0" distL="0" distR="0" wp14:anchorId="199C95B9" wp14:editId="27288A50">
            <wp:extent cx="4680000" cy="25350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fety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253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8CF5A5" w14:textId="7EA25B7D" w:rsidR="00C96848" w:rsidRPr="002E2FC4" w:rsidRDefault="00000000">
      <w:pPr>
        <w:pStyle w:val="CaptionReport"/>
        <w:rPr>
          <w:rFonts w:cs="Times New Roman"/>
          <w:sz w:val="28"/>
          <w:szCs w:val="28"/>
          <w:lang w:val="ru-RU"/>
        </w:rPr>
      </w:pPr>
      <w:r w:rsidRPr="002E2FC4">
        <w:rPr>
          <w:rFonts w:cs="Times New Roman"/>
          <w:sz w:val="28"/>
          <w:szCs w:val="28"/>
          <w:lang w:val="ru-RU"/>
        </w:rPr>
        <w:t xml:space="preserve">Рисунок 2 </w:t>
      </w:r>
      <w:r w:rsidR="002E2FC4" w:rsidRPr="002E2FC4">
        <w:rPr>
          <w:rFonts w:cs="Times New Roman"/>
          <w:sz w:val="28"/>
          <w:szCs w:val="28"/>
          <w:lang w:val="ru-RU"/>
        </w:rPr>
        <w:t>–</w:t>
      </w:r>
      <w:r w:rsidRPr="002E2FC4">
        <w:rPr>
          <w:rFonts w:cs="Times New Roman"/>
          <w:sz w:val="28"/>
          <w:szCs w:val="28"/>
          <w:lang w:val="ru-RU"/>
        </w:rPr>
        <w:t xml:space="preserve"> Основные правила цифровой безопасности</w:t>
      </w:r>
    </w:p>
    <w:p w14:paraId="0AB8650E" w14:textId="77777777" w:rsidR="00C96848" w:rsidRPr="002E2FC4" w:rsidRDefault="00000000">
      <w:pPr>
        <w:rPr>
          <w:rFonts w:cs="Times New Roman"/>
          <w:szCs w:val="28"/>
          <w:lang w:val="ru-RU"/>
        </w:rPr>
      </w:pPr>
      <w:r w:rsidRPr="002E2FC4">
        <w:rPr>
          <w:rFonts w:cs="Times New Roman"/>
          <w:szCs w:val="28"/>
          <w:lang w:val="ru-RU"/>
        </w:rPr>
        <w:t>Для важных аккаунтов следует выбирать длинные уникальные пароли и по возможности включать двухфакторную проверку. Не стоит сообщать коды подтверждения незнакомым людям, даже если собеседник представляется сотрудником службы поддержки.</w:t>
      </w:r>
    </w:p>
    <w:p w14:paraId="5F0980B5" w14:textId="77777777" w:rsidR="00C96848" w:rsidRPr="002E2FC4" w:rsidRDefault="00000000">
      <w:pPr>
        <w:rPr>
          <w:rFonts w:cs="Times New Roman"/>
          <w:szCs w:val="28"/>
          <w:lang w:val="ru-RU"/>
        </w:rPr>
      </w:pPr>
      <w:r w:rsidRPr="002E2FC4">
        <w:rPr>
          <w:rFonts w:cs="Times New Roman"/>
          <w:szCs w:val="28"/>
          <w:lang w:val="ru-RU"/>
        </w:rPr>
        <w:lastRenderedPageBreak/>
        <w:t>Перед переходом по ссылке полезно проверить адрес сайта и не открывать подозрительные вложения. Своевременные обновления закрывают известные уязвимости программ, а резервные копии помогают восстановить важные файлы при сбое или потере устройства.</w:t>
      </w:r>
    </w:p>
    <w:p w14:paraId="0A9B898E" w14:textId="77777777" w:rsidR="00C96848" w:rsidRPr="002E2FC4" w:rsidRDefault="00000000">
      <w:pPr>
        <w:pStyle w:val="Structure"/>
        <w:pageBreakBefore/>
        <w:rPr>
          <w:rFonts w:cs="Times New Roman"/>
          <w:szCs w:val="28"/>
          <w:lang w:val="ru-RU"/>
        </w:rPr>
      </w:pPr>
      <w:r w:rsidRPr="002E2FC4">
        <w:rPr>
          <w:rFonts w:cs="Times New Roman"/>
          <w:szCs w:val="28"/>
          <w:lang w:val="ru-RU"/>
        </w:rPr>
        <w:lastRenderedPageBreak/>
        <w:t>ЗАКЛЮЧЕНИЕ</w:t>
      </w:r>
    </w:p>
    <w:p w14:paraId="0BF8D259" w14:textId="77777777" w:rsidR="00C96848" w:rsidRPr="002E2FC4" w:rsidRDefault="00000000">
      <w:pPr>
        <w:rPr>
          <w:rFonts w:cs="Times New Roman"/>
          <w:szCs w:val="28"/>
          <w:lang w:val="ru-RU"/>
        </w:rPr>
      </w:pPr>
      <w:r w:rsidRPr="002E2FC4">
        <w:rPr>
          <w:rFonts w:cs="Times New Roman"/>
          <w:szCs w:val="28"/>
          <w:lang w:val="ru-RU"/>
        </w:rPr>
        <w:t>В ходе работы выяснилось, что компьютерная сеть обеспечивает обмен информацией между устройствами, а интернет связывает множество сетей по всему миру. Передача данных основана на адресации, сетевых протоколах и работе промежуточного оборудования.</w:t>
      </w:r>
    </w:p>
    <w:p w14:paraId="63AA57ED" w14:textId="77777777" w:rsidR="00C96848" w:rsidRPr="002E2FC4" w:rsidRDefault="00000000">
      <w:pPr>
        <w:rPr>
          <w:rFonts w:cs="Times New Roman"/>
          <w:szCs w:val="28"/>
          <w:lang w:val="ru-RU"/>
        </w:rPr>
      </w:pPr>
      <w:r w:rsidRPr="002E2FC4">
        <w:rPr>
          <w:rFonts w:cs="Times New Roman"/>
          <w:szCs w:val="28"/>
          <w:lang w:val="ru-RU"/>
        </w:rPr>
        <w:t>Также было рассмотрено, почему вместе с преимуществами цифровых технологий возникают риски. Защита личных данных зависит не только от программ, но и от действий пользователя. Проверка ссылок, надёжные пароли, обновления и резервное копирование позволяют сделать повседневную работу в интернете безопаснее.</w:t>
      </w:r>
    </w:p>
    <w:p w14:paraId="18FC16C3" w14:textId="77777777" w:rsidR="00C96848" w:rsidRPr="002E2FC4" w:rsidRDefault="00000000">
      <w:pPr>
        <w:rPr>
          <w:rFonts w:cs="Times New Roman"/>
          <w:szCs w:val="28"/>
          <w:lang w:val="ru-RU"/>
        </w:rPr>
      </w:pPr>
      <w:r w:rsidRPr="002E2FC4">
        <w:rPr>
          <w:rFonts w:cs="Times New Roman"/>
          <w:szCs w:val="28"/>
          <w:lang w:val="ru-RU"/>
        </w:rPr>
        <w:t>Таким образом, понимание основ компьютерных сетей и соблюдение простых правил цифровой безопасности полезны каждому школьнику.</w:t>
      </w:r>
    </w:p>
    <w:p w14:paraId="1A01ED64" w14:textId="77777777" w:rsidR="00C96848" w:rsidRPr="002E2FC4" w:rsidRDefault="00000000">
      <w:pPr>
        <w:pStyle w:val="Structure"/>
        <w:pageBreakBefore/>
        <w:rPr>
          <w:rFonts w:cs="Times New Roman"/>
          <w:szCs w:val="28"/>
          <w:lang w:val="ru-RU"/>
        </w:rPr>
      </w:pPr>
      <w:r w:rsidRPr="002E2FC4">
        <w:rPr>
          <w:rFonts w:cs="Times New Roman"/>
          <w:szCs w:val="28"/>
          <w:lang w:val="ru-RU"/>
        </w:rPr>
        <w:lastRenderedPageBreak/>
        <w:t>СПИСОК ИСПОЛЬЗОВАННЫХ ИСТОЧНИКОВ</w:t>
      </w:r>
    </w:p>
    <w:p w14:paraId="56FCD1CB" w14:textId="77777777" w:rsidR="00C96848" w:rsidRPr="002E2FC4" w:rsidRDefault="00000000">
      <w:pPr>
        <w:ind w:firstLine="0"/>
        <w:jc w:val="left"/>
        <w:rPr>
          <w:rFonts w:cs="Times New Roman"/>
          <w:szCs w:val="28"/>
          <w:lang w:val="ru-RU"/>
        </w:rPr>
      </w:pPr>
      <w:r w:rsidRPr="002E2FC4">
        <w:rPr>
          <w:rFonts w:cs="Times New Roman"/>
          <w:szCs w:val="28"/>
          <w:lang w:val="ru-RU"/>
        </w:rPr>
        <w:t xml:space="preserve">1. ГОСТ 7.32-2017. Отчёт о научно-исследовательской работе. Структура и правила оформления. </w:t>
      </w:r>
      <w:r w:rsidRPr="002E2FC4">
        <w:rPr>
          <w:rFonts w:cs="Times New Roman"/>
          <w:szCs w:val="28"/>
        </w:rPr>
        <w:t>URL</w:t>
      </w:r>
      <w:r w:rsidRPr="002E2FC4">
        <w:rPr>
          <w:rFonts w:cs="Times New Roman"/>
          <w:szCs w:val="28"/>
          <w:lang w:val="ru-RU"/>
        </w:rPr>
        <w:t xml:space="preserve">: </w:t>
      </w:r>
      <w:r w:rsidRPr="002E2FC4">
        <w:rPr>
          <w:rFonts w:cs="Times New Roman"/>
          <w:szCs w:val="28"/>
        </w:rPr>
        <w:t>https</w:t>
      </w:r>
      <w:r w:rsidRPr="002E2FC4">
        <w:rPr>
          <w:rFonts w:cs="Times New Roman"/>
          <w:szCs w:val="28"/>
          <w:lang w:val="ru-RU"/>
        </w:rPr>
        <w:t>://</w:t>
      </w:r>
      <w:r w:rsidRPr="002E2FC4">
        <w:rPr>
          <w:rFonts w:cs="Times New Roman"/>
          <w:szCs w:val="28"/>
        </w:rPr>
        <w:t>www</w:t>
      </w:r>
      <w:r w:rsidRPr="002E2FC4">
        <w:rPr>
          <w:rFonts w:cs="Times New Roman"/>
          <w:szCs w:val="28"/>
          <w:lang w:val="ru-RU"/>
        </w:rPr>
        <w:t>.</w:t>
      </w:r>
      <w:r w:rsidRPr="002E2FC4">
        <w:rPr>
          <w:rFonts w:cs="Times New Roman"/>
          <w:szCs w:val="28"/>
        </w:rPr>
        <w:t>consultant</w:t>
      </w:r>
      <w:r w:rsidRPr="002E2FC4">
        <w:rPr>
          <w:rFonts w:cs="Times New Roman"/>
          <w:szCs w:val="28"/>
          <w:lang w:val="ru-RU"/>
        </w:rPr>
        <w:t>.</w:t>
      </w:r>
      <w:proofErr w:type="spellStart"/>
      <w:r w:rsidRPr="002E2FC4">
        <w:rPr>
          <w:rFonts w:cs="Times New Roman"/>
          <w:szCs w:val="28"/>
        </w:rPr>
        <w:t>ru</w:t>
      </w:r>
      <w:proofErr w:type="spellEnd"/>
      <w:r w:rsidRPr="002E2FC4">
        <w:rPr>
          <w:rFonts w:cs="Times New Roman"/>
          <w:szCs w:val="28"/>
          <w:lang w:val="ru-RU"/>
        </w:rPr>
        <w:t>/</w:t>
      </w:r>
      <w:r w:rsidRPr="002E2FC4">
        <w:rPr>
          <w:rFonts w:cs="Times New Roman"/>
          <w:szCs w:val="28"/>
        </w:rPr>
        <w:t>document</w:t>
      </w:r>
      <w:r w:rsidRPr="002E2FC4">
        <w:rPr>
          <w:rFonts w:cs="Times New Roman"/>
          <w:szCs w:val="28"/>
          <w:lang w:val="ru-RU"/>
        </w:rPr>
        <w:t>/</w:t>
      </w:r>
      <w:r w:rsidRPr="002E2FC4">
        <w:rPr>
          <w:rFonts w:cs="Times New Roman"/>
          <w:szCs w:val="28"/>
        </w:rPr>
        <w:t>cons</w:t>
      </w:r>
      <w:r w:rsidRPr="002E2FC4">
        <w:rPr>
          <w:rFonts w:cs="Times New Roman"/>
          <w:szCs w:val="28"/>
          <w:lang w:val="ru-RU"/>
        </w:rPr>
        <w:t>_</w:t>
      </w:r>
      <w:r w:rsidRPr="002E2FC4">
        <w:rPr>
          <w:rFonts w:cs="Times New Roman"/>
          <w:szCs w:val="28"/>
        </w:rPr>
        <w:t>doc</w:t>
      </w:r>
      <w:r w:rsidRPr="002E2FC4">
        <w:rPr>
          <w:rFonts w:cs="Times New Roman"/>
          <w:szCs w:val="28"/>
          <w:lang w:val="ru-RU"/>
        </w:rPr>
        <w:t>_</w:t>
      </w:r>
      <w:r w:rsidRPr="002E2FC4">
        <w:rPr>
          <w:rFonts w:cs="Times New Roman"/>
          <w:szCs w:val="28"/>
        </w:rPr>
        <w:t>LAW</w:t>
      </w:r>
      <w:r w:rsidRPr="002E2FC4">
        <w:rPr>
          <w:rFonts w:cs="Times New Roman"/>
          <w:szCs w:val="28"/>
          <w:lang w:val="ru-RU"/>
        </w:rPr>
        <w:t>_292293/ (дата обращения: 31.10.2026).</w:t>
      </w:r>
    </w:p>
    <w:p w14:paraId="3C0948FD" w14:textId="5BBF533A" w:rsidR="00C96848" w:rsidRPr="002E2FC4" w:rsidRDefault="00000000">
      <w:pPr>
        <w:ind w:firstLine="0"/>
        <w:jc w:val="left"/>
        <w:rPr>
          <w:rFonts w:cs="Times New Roman"/>
          <w:szCs w:val="28"/>
          <w:lang w:val="ru-RU"/>
        </w:rPr>
      </w:pPr>
      <w:r w:rsidRPr="002E2FC4">
        <w:rPr>
          <w:rFonts w:cs="Times New Roman"/>
          <w:szCs w:val="28"/>
        </w:rPr>
        <w:t xml:space="preserve">2. UNICEF Office of Research </w:t>
      </w:r>
      <w:r w:rsidR="002E2FC4" w:rsidRPr="002E2FC4">
        <w:rPr>
          <w:rFonts w:cs="Times New Roman"/>
          <w:szCs w:val="28"/>
        </w:rPr>
        <w:t>–</w:t>
      </w:r>
      <w:r w:rsidRPr="002E2FC4">
        <w:rPr>
          <w:rFonts w:cs="Times New Roman"/>
          <w:szCs w:val="28"/>
        </w:rPr>
        <w:t xml:space="preserve"> Innocenti. Childhood in a Digital World. </w:t>
      </w:r>
      <w:r w:rsidRPr="002E2FC4">
        <w:rPr>
          <w:rFonts w:cs="Times New Roman"/>
          <w:szCs w:val="28"/>
          <w:lang w:val="ru-RU"/>
        </w:rPr>
        <w:t xml:space="preserve">2025. </w:t>
      </w:r>
      <w:r w:rsidRPr="002E2FC4">
        <w:rPr>
          <w:rFonts w:cs="Times New Roman"/>
          <w:szCs w:val="28"/>
        </w:rPr>
        <w:t>URL</w:t>
      </w:r>
      <w:r w:rsidRPr="002E2FC4">
        <w:rPr>
          <w:rFonts w:cs="Times New Roman"/>
          <w:szCs w:val="28"/>
          <w:lang w:val="ru-RU"/>
        </w:rPr>
        <w:t xml:space="preserve">: </w:t>
      </w:r>
      <w:r w:rsidRPr="002E2FC4">
        <w:rPr>
          <w:rFonts w:cs="Times New Roman"/>
          <w:szCs w:val="28"/>
        </w:rPr>
        <w:t>https</w:t>
      </w:r>
      <w:r w:rsidRPr="002E2FC4">
        <w:rPr>
          <w:rFonts w:cs="Times New Roman"/>
          <w:szCs w:val="28"/>
          <w:lang w:val="ru-RU"/>
        </w:rPr>
        <w:t>://</w:t>
      </w:r>
      <w:r w:rsidRPr="002E2FC4">
        <w:rPr>
          <w:rFonts w:cs="Times New Roman"/>
          <w:szCs w:val="28"/>
        </w:rPr>
        <w:t>www</w:t>
      </w:r>
      <w:r w:rsidRPr="002E2FC4">
        <w:rPr>
          <w:rFonts w:cs="Times New Roman"/>
          <w:szCs w:val="28"/>
          <w:lang w:val="ru-RU"/>
        </w:rPr>
        <w:t>.</w:t>
      </w:r>
      <w:proofErr w:type="spellStart"/>
      <w:r w:rsidRPr="002E2FC4">
        <w:rPr>
          <w:rFonts w:cs="Times New Roman"/>
          <w:szCs w:val="28"/>
        </w:rPr>
        <w:t>unicef</w:t>
      </w:r>
      <w:proofErr w:type="spellEnd"/>
      <w:r w:rsidRPr="002E2FC4">
        <w:rPr>
          <w:rFonts w:cs="Times New Roman"/>
          <w:szCs w:val="28"/>
          <w:lang w:val="ru-RU"/>
        </w:rPr>
        <w:t>.</w:t>
      </w:r>
      <w:r w:rsidRPr="002E2FC4">
        <w:rPr>
          <w:rFonts w:cs="Times New Roman"/>
          <w:szCs w:val="28"/>
        </w:rPr>
        <w:t>org</w:t>
      </w:r>
      <w:r w:rsidRPr="002E2FC4">
        <w:rPr>
          <w:rFonts w:cs="Times New Roman"/>
          <w:szCs w:val="28"/>
          <w:lang w:val="ru-RU"/>
        </w:rPr>
        <w:t>/</w:t>
      </w:r>
      <w:proofErr w:type="spellStart"/>
      <w:r w:rsidRPr="002E2FC4">
        <w:rPr>
          <w:rFonts w:cs="Times New Roman"/>
          <w:szCs w:val="28"/>
        </w:rPr>
        <w:t>innocenti</w:t>
      </w:r>
      <w:proofErr w:type="spellEnd"/>
      <w:r w:rsidRPr="002E2FC4">
        <w:rPr>
          <w:rFonts w:cs="Times New Roman"/>
          <w:szCs w:val="28"/>
          <w:lang w:val="ru-RU"/>
        </w:rPr>
        <w:t>/</w:t>
      </w:r>
      <w:r w:rsidRPr="002E2FC4">
        <w:rPr>
          <w:rFonts w:cs="Times New Roman"/>
          <w:szCs w:val="28"/>
        </w:rPr>
        <w:t>reports</w:t>
      </w:r>
      <w:r w:rsidRPr="002E2FC4">
        <w:rPr>
          <w:rFonts w:cs="Times New Roman"/>
          <w:szCs w:val="28"/>
          <w:lang w:val="ru-RU"/>
        </w:rPr>
        <w:t>/</w:t>
      </w:r>
      <w:r w:rsidRPr="002E2FC4">
        <w:rPr>
          <w:rFonts w:cs="Times New Roman"/>
          <w:szCs w:val="28"/>
        </w:rPr>
        <w:t>childhood</w:t>
      </w:r>
      <w:r w:rsidRPr="002E2FC4">
        <w:rPr>
          <w:rFonts w:cs="Times New Roman"/>
          <w:szCs w:val="28"/>
          <w:lang w:val="ru-RU"/>
        </w:rPr>
        <w:t>-</w:t>
      </w:r>
      <w:r w:rsidRPr="002E2FC4">
        <w:rPr>
          <w:rFonts w:cs="Times New Roman"/>
          <w:szCs w:val="28"/>
        </w:rPr>
        <w:t>digital</w:t>
      </w:r>
      <w:r w:rsidRPr="002E2FC4">
        <w:rPr>
          <w:rFonts w:cs="Times New Roman"/>
          <w:szCs w:val="28"/>
          <w:lang w:val="ru-RU"/>
        </w:rPr>
        <w:t>-</w:t>
      </w:r>
      <w:r w:rsidRPr="002E2FC4">
        <w:rPr>
          <w:rFonts w:cs="Times New Roman"/>
          <w:szCs w:val="28"/>
        </w:rPr>
        <w:t>world</w:t>
      </w:r>
      <w:r w:rsidRPr="002E2FC4">
        <w:rPr>
          <w:rFonts w:cs="Times New Roman"/>
          <w:szCs w:val="28"/>
          <w:lang w:val="ru-RU"/>
        </w:rPr>
        <w:t xml:space="preserve"> (дата обращения: 31.10.2026).</w:t>
      </w:r>
    </w:p>
    <w:p w14:paraId="4B41EF7F" w14:textId="77777777" w:rsidR="00C96848" w:rsidRPr="002E2FC4" w:rsidRDefault="00000000">
      <w:pPr>
        <w:ind w:firstLine="0"/>
        <w:jc w:val="left"/>
        <w:rPr>
          <w:rFonts w:cs="Times New Roman"/>
          <w:szCs w:val="28"/>
        </w:rPr>
      </w:pPr>
      <w:r w:rsidRPr="002E2FC4">
        <w:rPr>
          <w:rFonts w:cs="Times New Roman"/>
          <w:szCs w:val="28"/>
        </w:rPr>
        <w:t>3. Cloudflare. What is DNS? URL: https://www.cloudflare.com/learning/dns/what-is-dns/ (дата обращения: 31.10.2026).</w:t>
      </w:r>
    </w:p>
    <w:p w14:paraId="3B8DAFF5" w14:textId="77777777" w:rsidR="00C96848" w:rsidRPr="002E2FC4" w:rsidRDefault="00000000">
      <w:pPr>
        <w:ind w:firstLine="0"/>
        <w:jc w:val="left"/>
        <w:rPr>
          <w:rFonts w:cs="Times New Roman"/>
          <w:szCs w:val="28"/>
        </w:rPr>
      </w:pPr>
      <w:r w:rsidRPr="002E2FC4">
        <w:rPr>
          <w:rFonts w:cs="Times New Roman"/>
          <w:szCs w:val="28"/>
        </w:rPr>
        <w:t>4. Cloudflare. What is HTTPS? URL: https://www.cloudflare.com/learning/ssl/what-is-https/ (дата обращения: 31.10.2026).</w:t>
      </w:r>
    </w:p>
    <w:p w14:paraId="45A41528" w14:textId="77777777" w:rsidR="00C96848" w:rsidRPr="002E2FC4" w:rsidRDefault="00000000">
      <w:pPr>
        <w:ind w:firstLine="0"/>
        <w:jc w:val="left"/>
        <w:rPr>
          <w:rFonts w:cs="Times New Roman"/>
          <w:szCs w:val="28"/>
        </w:rPr>
      </w:pPr>
      <w:r w:rsidRPr="002E2FC4">
        <w:rPr>
          <w:rFonts w:cs="Times New Roman"/>
          <w:szCs w:val="28"/>
        </w:rPr>
        <w:t>5. CISA. Secure Our World. URL: https://www.cisa.gov/secure-our-world (дата обращения: 31.10.2026).</w:t>
      </w:r>
    </w:p>
    <w:p w14:paraId="42CC807D" w14:textId="5B122869" w:rsidR="00C96848" w:rsidRPr="002E2FC4" w:rsidRDefault="00000000">
      <w:pPr>
        <w:ind w:firstLine="0"/>
        <w:jc w:val="left"/>
        <w:rPr>
          <w:rFonts w:cs="Times New Roman"/>
          <w:szCs w:val="28"/>
          <w:lang w:val="ru-RU"/>
        </w:rPr>
      </w:pPr>
      <w:r w:rsidRPr="002E2FC4">
        <w:rPr>
          <w:rFonts w:cs="Times New Roman"/>
          <w:szCs w:val="28"/>
          <w:lang w:val="ru-RU"/>
        </w:rPr>
        <w:t xml:space="preserve">6. Рисунки 1 и 2 </w:t>
      </w:r>
      <w:r w:rsidR="002E2FC4" w:rsidRPr="002E2FC4">
        <w:rPr>
          <w:rFonts w:cs="Times New Roman"/>
          <w:szCs w:val="28"/>
          <w:lang w:val="ru-RU"/>
        </w:rPr>
        <w:t>–</w:t>
      </w:r>
      <w:r w:rsidRPr="002E2FC4">
        <w:rPr>
          <w:rFonts w:cs="Times New Roman"/>
          <w:szCs w:val="28"/>
          <w:lang w:val="ru-RU"/>
        </w:rPr>
        <w:t xml:space="preserve"> авторские учебные схемы, подготовленные для данного образца доклада.</w:t>
      </w:r>
    </w:p>
    <w:sectPr w:rsidR="00C96848" w:rsidRPr="002E2FC4" w:rsidSect="00034616">
      <w:footerReference w:type="default" r:id="rId10"/>
      <w:pgSz w:w="11906" w:h="16838"/>
      <w:pgMar w:top="1134" w:right="850" w:bottom="1134" w:left="1701" w:header="720" w:footer="62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EE16EB" w14:textId="77777777" w:rsidR="0036067D" w:rsidRDefault="0036067D">
      <w:pPr>
        <w:spacing w:line="240" w:lineRule="auto"/>
      </w:pPr>
      <w:r>
        <w:separator/>
      </w:r>
    </w:p>
  </w:endnote>
  <w:endnote w:type="continuationSeparator" w:id="0">
    <w:p w14:paraId="4AAFA7D1" w14:textId="77777777" w:rsidR="0036067D" w:rsidRDefault="0036067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A3DF6A" w14:textId="77777777" w:rsidR="00C96848" w:rsidRDefault="00000000">
    <w:pPr>
      <w:pStyle w:val="a7"/>
      <w:ind w:firstLine="0"/>
      <w:jc w:val="center"/>
    </w:pPr>
    <w:r>
      <w:fldChar w:fldCharType="begin"/>
    </w:r>
    <w:r>
      <w:instrText>PAGE</w:instrText>
    </w:r>
    <w:r>
      <w:fldChar w:fldCharType="separate"/>
    </w:r>
    <w:r w:rsidR="002E2FC4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26F4F3" w14:textId="77777777" w:rsidR="0036067D" w:rsidRDefault="0036067D">
      <w:pPr>
        <w:spacing w:line="240" w:lineRule="auto"/>
      </w:pPr>
      <w:r>
        <w:separator/>
      </w:r>
    </w:p>
  </w:footnote>
  <w:footnote w:type="continuationSeparator" w:id="0">
    <w:p w14:paraId="659E540F" w14:textId="77777777" w:rsidR="0036067D" w:rsidRDefault="0036067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32515258">
    <w:abstractNumId w:val="8"/>
  </w:num>
  <w:num w:numId="2" w16cid:durableId="202334116">
    <w:abstractNumId w:val="6"/>
  </w:num>
  <w:num w:numId="3" w16cid:durableId="1777600959">
    <w:abstractNumId w:val="5"/>
  </w:num>
  <w:num w:numId="4" w16cid:durableId="314143433">
    <w:abstractNumId w:val="4"/>
  </w:num>
  <w:num w:numId="5" w16cid:durableId="1216162906">
    <w:abstractNumId w:val="7"/>
  </w:num>
  <w:num w:numId="6" w16cid:durableId="146632640">
    <w:abstractNumId w:val="3"/>
  </w:num>
  <w:num w:numId="7" w16cid:durableId="2061203157">
    <w:abstractNumId w:val="2"/>
  </w:num>
  <w:num w:numId="8" w16cid:durableId="387075199">
    <w:abstractNumId w:val="1"/>
  </w:num>
  <w:num w:numId="9" w16cid:durableId="16578818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580A"/>
    <w:rsid w:val="0015074B"/>
    <w:rsid w:val="0029639D"/>
    <w:rsid w:val="002E2FC4"/>
    <w:rsid w:val="00326F90"/>
    <w:rsid w:val="0036067D"/>
    <w:rsid w:val="00AA1D8D"/>
    <w:rsid w:val="00B47730"/>
    <w:rsid w:val="00C96848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144584"/>
  <w14:defaultImageDpi w14:val="300"/>
  <w15:docId w15:val="{1E8EE6E7-5F1D-4295-858F-A5E7FEE68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 w:line="360" w:lineRule="auto"/>
      <w:ind w:firstLine="709"/>
      <w:jc w:val="both"/>
    </w:pPr>
    <w:rPr>
      <w:rFonts w:ascii="Times New Roman" w:eastAsia="Times New Roman" w:hAnsi="Times New Roman"/>
      <w:color w:val="000000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pageBreakBefore/>
      <w:spacing w:after="120"/>
      <w:outlineLvl w:val="0"/>
    </w:pPr>
    <w:rPr>
      <w:rFonts w:asciiTheme="majorHAnsi" w:eastAsiaTheme="majorEastAsia" w:hAnsiTheme="majorHAnsi" w:cstheme="majorBidi"/>
      <w:b/>
      <w:bCs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after="12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  <w:ind w:firstLine="709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tructure">
    <w:name w:val="Structure"/>
    <w:basedOn w:val="a1"/>
    <w:pPr>
      <w:keepNext/>
      <w:spacing w:after="200"/>
      <w:ind w:firstLine="0"/>
      <w:jc w:val="center"/>
    </w:pPr>
    <w:rPr>
      <w:b/>
    </w:rPr>
  </w:style>
  <w:style w:type="paragraph" w:customStyle="1" w:styleId="CaptionReport">
    <w:name w:val="CaptionReport"/>
    <w:basedOn w:val="a1"/>
    <w:pPr>
      <w:spacing w:after="160" w:line="240" w:lineRule="auto"/>
      <w:ind w:firstLine="0"/>
      <w:jc w:val="center"/>
    </w:pPr>
    <w:rPr>
      <w:sz w:val="24"/>
    </w:rPr>
  </w:style>
  <w:style w:type="paragraph" w:customStyle="1" w:styleId="110">
    <w:name w:val="Оглавление 11"/>
    <w:pPr>
      <w:spacing w:after="0"/>
    </w:pPr>
    <w:rPr>
      <w:rFonts w:ascii="Times New Roman" w:hAnsi="Times New Roman"/>
      <w:color w:val="000000"/>
      <w:sz w:val="28"/>
    </w:rPr>
  </w:style>
  <w:style w:type="paragraph" w:customStyle="1" w:styleId="210">
    <w:name w:val="Оглавление 21"/>
    <w:pPr>
      <w:spacing w:after="0"/>
      <w:ind w:left="397"/>
    </w:pPr>
    <w:rPr>
      <w:rFonts w:ascii="Times New Roman" w:hAnsi="Times New Roman"/>
      <w:color w:val="000000"/>
      <w:sz w:val="28"/>
    </w:rPr>
  </w:style>
  <w:style w:type="paragraph" w:styleId="14">
    <w:name w:val="toc 1"/>
    <w:basedOn w:val="a1"/>
    <w:next w:val="a1"/>
    <w:autoRedefine/>
    <w:uiPriority w:val="39"/>
    <w:unhideWhenUsed/>
    <w:rsid w:val="002E2FC4"/>
    <w:pPr>
      <w:spacing w:after="100"/>
    </w:pPr>
  </w:style>
  <w:style w:type="paragraph" w:styleId="2c">
    <w:name w:val="toc 2"/>
    <w:basedOn w:val="a1"/>
    <w:next w:val="a1"/>
    <w:autoRedefine/>
    <w:uiPriority w:val="39"/>
    <w:unhideWhenUsed/>
    <w:rsid w:val="002E2FC4"/>
    <w:pPr>
      <w:spacing w:after="100"/>
      <w:ind w:left="280"/>
    </w:pPr>
  </w:style>
  <w:style w:type="character" w:styleId="aff8">
    <w:name w:val="Hyperlink"/>
    <w:basedOn w:val="a2"/>
    <w:uiPriority w:val="99"/>
    <w:unhideWhenUsed/>
    <w:rsid w:val="002E2FC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1049</Words>
  <Characters>5981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7016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Osman Agabekov</cp:lastModifiedBy>
  <cp:revision>2</cp:revision>
  <dcterms:created xsi:type="dcterms:W3CDTF">2013-12-23T23:15:00Z</dcterms:created>
  <dcterms:modified xsi:type="dcterms:W3CDTF">2026-10-31T15:37:00Z</dcterms:modified>
  <cp:category/>
</cp:coreProperties>
</file>